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52F8F3" w14:textId="497071A3" w:rsidR="00702272" w:rsidRPr="00BA7081" w:rsidRDefault="0032760F">
      <w:pPr>
        <w:pStyle w:val="Title"/>
        <w:rPr>
          <w:rFonts w:ascii="Arial" w:hAnsi="Arial" w:cs="Arial"/>
        </w:rPr>
      </w:pPr>
      <w:r w:rsidRPr="00BA7081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7DCEF88" wp14:editId="5793E3AB">
                <wp:simplePos x="0" y="0"/>
                <wp:positionH relativeFrom="margin">
                  <wp:align>left</wp:align>
                </wp:positionH>
                <wp:positionV relativeFrom="paragraph">
                  <wp:posOffset>590550</wp:posOffset>
                </wp:positionV>
                <wp:extent cx="1638300" cy="1485900"/>
                <wp:effectExtent l="0" t="0" r="19050" b="19050"/>
                <wp:wrapNone/>
                <wp:docPr id="142213399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38300" cy="1485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66587E7" w14:textId="52897AF2" w:rsidR="0032760F" w:rsidRPr="007C0AEC" w:rsidRDefault="0032760F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7C0AEC">
                              <w:rPr>
                                <w:rFonts w:ascii="Arial" w:hAnsi="Arial" w:cs="Arial"/>
                              </w:rPr>
                              <w:t>Photo</w:t>
                            </w:r>
                          </w:p>
                          <w:p w14:paraId="23EB00AD" w14:textId="31698BE2" w:rsidR="0036568D" w:rsidRDefault="0036568D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67DCEF88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0;margin-top:46.5pt;width:129pt;height:117pt;z-index:251659264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" fillcolor="white [3201]" strokeweight=".5pt">
                <v:textbox>
                  <w:txbxContent>
                    <w:p w14:paraId="166587E7" w14:textId="52897AF2" w:rsidR="0032760F" w:rsidRPr="007C0AEC" w:rsidRDefault="0032760F">
                      <w:pPr>
                        <w:rPr>
                          <w:rFonts w:ascii="Arial" w:hAnsi="Arial" w:cs="Arial"/>
                        </w:rPr>
                      </w:pPr>
                      <w:r w:rsidRPr="007C0AEC">
                        <w:rPr>
                          <w:rFonts w:ascii="Arial" w:hAnsi="Arial" w:cs="Arial"/>
                        </w:rPr>
                        <w:t>Photo</w:t>
                      </w:r>
                    </w:p>
                    <w:p w14:paraId="23EB00AD" w14:textId="31698BE2" w:rsidR="0036568D" w:rsidRDefault="0036568D"/>
                  </w:txbxContent>
                </v:textbox>
                <w10:wrap anchorx="margin"/>
              </v:shape>
            </w:pict>
          </mc:Fallback>
        </mc:AlternateContent>
      </w:r>
      <w:r w:rsidRPr="00BA7081">
        <w:rPr>
          <w:rFonts w:ascii="Arial" w:hAnsi="Arial" w:cs="Arial"/>
        </w:rPr>
        <w:t>One</w:t>
      </w:r>
      <w:r w:rsidR="00D42E00">
        <w:rPr>
          <w:rFonts w:ascii="Arial" w:hAnsi="Arial" w:cs="Arial"/>
        </w:rPr>
        <w:t>-p</w:t>
      </w:r>
      <w:r w:rsidRPr="00BA7081">
        <w:rPr>
          <w:rFonts w:ascii="Arial" w:hAnsi="Arial" w:cs="Arial"/>
        </w:rPr>
        <w:t xml:space="preserve">age </w:t>
      </w:r>
      <w:r w:rsidR="00D42E00">
        <w:rPr>
          <w:rFonts w:ascii="Arial" w:hAnsi="Arial" w:cs="Arial"/>
        </w:rPr>
        <w:t>p</w:t>
      </w:r>
      <w:r w:rsidRPr="00BA7081">
        <w:rPr>
          <w:rFonts w:ascii="Arial" w:hAnsi="Arial" w:cs="Arial"/>
        </w:rPr>
        <w:t>rofile</w:t>
      </w:r>
    </w:p>
    <w:tbl>
      <w:tblPr>
        <w:tblStyle w:val="TableGrid"/>
        <w:tblpPr w:leftFromText="180" w:rightFromText="180" w:vertAnchor="text" w:horzAnchor="margin" w:tblpXSpec="right" w:tblpY="-36"/>
        <w:tblW w:w="0" w:type="auto"/>
        <w:tblLayout w:type="fixed"/>
        <w:tblLook w:val="04A0" w:firstRow="1" w:lastRow="0" w:firstColumn="1" w:lastColumn="0" w:noHBand="0" w:noVBand="1"/>
      </w:tblPr>
      <w:tblGrid>
        <w:gridCol w:w="5798"/>
      </w:tblGrid>
      <w:tr w:rsidR="00973172" w:rsidRPr="0032760F" w14:paraId="0A9D2A22" w14:textId="77777777" w:rsidTr="0036568D">
        <w:trPr>
          <w:trHeight w:val="2258"/>
        </w:trPr>
        <w:tc>
          <w:tcPr>
            <w:tcW w:w="5798" w:type="dxa"/>
          </w:tcPr>
          <w:p w14:paraId="6078E029" w14:textId="77777777" w:rsidR="00973172" w:rsidRDefault="00973172" w:rsidP="00973172">
            <w:pPr>
              <w:rPr>
                <w:rFonts w:ascii="Arial" w:hAnsi="Arial" w:cs="Arial"/>
              </w:rPr>
            </w:pPr>
            <w:r w:rsidRPr="0032760F">
              <w:rPr>
                <w:rFonts w:ascii="Arial" w:hAnsi="Arial" w:cs="Arial"/>
              </w:rPr>
              <w:t>What people appreciate about me (like and admire):</w:t>
            </w:r>
          </w:p>
          <w:p w14:paraId="183C7ECE" w14:textId="77777777" w:rsidR="00973172" w:rsidRDefault="00973172" w:rsidP="00973172">
            <w:pPr>
              <w:rPr>
                <w:rFonts w:ascii="Arial" w:hAnsi="Arial" w:cs="Arial"/>
              </w:rPr>
            </w:pPr>
          </w:p>
          <w:p w14:paraId="63D96C9E" w14:textId="77777777" w:rsidR="00973172" w:rsidRPr="0032760F" w:rsidRDefault="00973172" w:rsidP="00973172">
            <w:pPr>
              <w:rPr>
                <w:rFonts w:ascii="Arial" w:hAnsi="Arial" w:cs="Arial"/>
              </w:rPr>
            </w:pPr>
          </w:p>
          <w:p w14:paraId="2728C3B0" w14:textId="1C27796A" w:rsidR="00973172" w:rsidRPr="0032760F" w:rsidRDefault="00973172" w:rsidP="00973172">
            <w:pPr>
              <w:rPr>
                <w:rFonts w:ascii="Arial" w:hAnsi="Arial" w:cs="Arial"/>
              </w:rPr>
            </w:pPr>
          </w:p>
          <w:p w14:paraId="61E80C0E" w14:textId="77777777" w:rsidR="00973172" w:rsidRPr="0032760F" w:rsidRDefault="00973172" w:rsidP="00973172">
            <w:pPr>
              <w:rPr>
                <w:rFonts w:ascii="Arial" w:hAnsi="Arial" w:cs="Arial"/>
              </w:rPr>
            </w:pPr>
          </w:p>
          <w:p w14:paraId="1E235C1D" w14:textId="77777777" w:rsidR="00973172" w:rsidRPr="0032760F" w:rsidRDefault="00973172" w:rsidP="00973172">
            <w:pPr>
              <w:rPr>
                <w:rFonts w:ascii="Arial" w:hAnsi="Arial" w:cs="Arial"/>
              </w:rPr>
            </w:pPr>
          </w:p>
          <w:p w14:paraId="4D919502" w14:textId="77777777" w:rsidR="00973172" w:rsidRPr="0032760F" w:rsidRDefault="00973172" w:rsidP="00973172">
            <w:pPr>
              <w:rPr>
                <w:rFonts w:ascii="Arial" w:hAnsi="Arial" w:cs="Arial"/>
              </w:rPr>
            </w:pPr>
          </w:p>
          <w:p w14:paraId="650E4AB6" w14:textId="77777777" w:rsidR="00973172" w:rsidRPr="0032760F" w:rsidRDefault="00973172" w:rsidP="00973172">
            <w:pPr>
              <w:rPr>
                <w:rFonts w:ascii="Arial" w:hAnsi="Arial" w:cs="Arial"/>
              </w:rPr>
            </w:pPr>
          </w:p>
          <w:p w14:paraId="705511EA" w14:textId="77777777" w:rsidR="00973172" w:rsidRPr="0032760F" w:rsidRDefault="00973172" w:rsidP="00973172">
            <w:pPr>
              <w:rPr>
                <w:rFonts w:ascii="Arial" w:hAnsi="Arial" w:cs="Arial"/>
              </w:rPr>
            </w:pPr>
          </w:p>
        </w:tc>
      </w:tr>
    </w:tbl>
    <w:p w14:paraId="46256183" w14:textId="3576B1F9" w:rsidR="00702272" w:rsidRPr="0032760F" w:rsidRDefault="00702272">
      <w:pPr>
        <w:rPr>
          <w:rFonts w:ascii="Arial" w:hAnsi="Arial" w:cs="Arial"/>
        </w:rPr>
      </w:pPr>
    </w:p>
    <w:p w14:paraId="5955B589" w14:textId="77777777" w:rsidR="00702272" w:rsidRDefault="00702272">
      <w:pPr>
        <w:rPr>
          <w:rFonts w:ascii="Arial" w:hAnsi="Arial" w:cs="Arial"/>
        </w:rPr>
      </w:pPr>
    </w:p>
    <w:p w14:paraId="6EA53FCB" w14:textId="77777777" w:rsidR="0032760F" w:rsidRDefault="0032760F">
      <w:pPr>
        <w:rPr>
          <w:rFonts w:ascii="Arial" w:hAnsi="Arial" w:cs="Arial"/>
        </w:rPr>
      </w:pPr>
    </w:p>
    <w:p w14:paraId="477D271A" w14:textId="77777777" w:rsidR="0032760F" w:rsidRDefault="0032760F">
      <w:pPr>
        <w:rPr>
          <w:rFonts w:ascii="Arial" w:hAnsi="Arial" w:cs="Arial"/>
        </w:rPr>
      </w:pPr>
    </w:p>
    <w:p w14:paraId="0D61DB03" w14:textId="77777777" w:rsidR="0032760F" w:rsidRPr="0032760F" w:rsidRDefault="0032760F">
      <w:pPr>
        <w:rPr>
          <w:rFonts w:ascii="Arial" w:hAnsi="Arial" w:cs="Arial"/>
        </w:rPr>
      </w:pPr>
    </w:p>
    <w:p w14:paraId="5233EB4F" w14:textId="77777777" w:rsidR="0032760F" w:rsidRPr="0032760F" w:rsidRDefault="0032760F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30"/>
      </w:tblGrid>
      <w:tr w:rsidR="0032760F" w:rsidRPr="0032760F" w14:paraId="17EFDEC2" w14:textId="77777777" w:rsidTr="0032760F">
        <w:tc>
          <w:tcPr>
            <w:tcW w:w="8856" w:type="dxa"/>
          </w:tcPr>
          <w:p w14:paraId="3FEF2146" w14:textId="1A3310F3" w:rsidR="0032760F" w:rsidRDefault="0032760F">
            <w:pPr>
              <w:rPr>
                <w:rFonts w:ascii="Arial" w:hAnsi="Arial" w:cs="Arial"/>
              </w:rPr>
            </w:pPr>
            <w:r w:rsidRPr="0032760F">
              <w:rPr>
                <w:rFonts w:ascii="Arial" w:hAnsi="Arial" w:cs="Arial"/>
              </w:rPr>
              <w:t>What is important to me:</w:t>
            </w:r>
          </w:p>
          <w:p w14:paraId="7DD1B8C7" w14:textId="77777777" w:rsidR="00973172" w:rsidRDefault="00973172">
            <w:pPr>
              <w:rPr>
                <w:rFonts w:ascii="Arial" w:hAnsi="Arial" w:cs="Arial"/>
              </w:rPr>
            </w:pPr>
          </w:p>
          <w:p w14:paraId="3BBD577D" w14:textId="77777777" w:rsidR="00973172" w:rsidRDefault="00973172">
            <w:pPr>
              <w:rPr>
                <w:rFonts w:ascii="Arial" w:hAnsi="Arial" w:cs="Arial"/>
              </w:rPr>
            </w:pPr>
          </w:p>
          <w:p w14:paraId="3CCEB8BD" w14:textId="77777777" w:rsidR="00973172" w:rsidRDefault="00973172">
            <w:pPr>
              <w:rPr>
                <w:rFonts w:ascii="Arial" w:hAnsi="Arial" w:cs="Arial"/>
              </w:rPr>
            </w:pPr>
          </w:p>
          <w:p w14:paraId="36651AF8" w14:textId="77777777" w:rsidR="00973172" w:rsidRDefault="00973172">
            <w:pPr>
              <w:rPr>
                <w:rFonts w:ascii="Arial" w:hAnsi="Arial" w:cs="Arial"/>
              </w:rPr>
            </w:pPr>
          </w:p>
          <w:p w14:paraId="299D5546" w14:textId="77777777" w:rsidR="00973172" w:rsidRDefault="00973172">
            <w:pPr>
              <w:rPr>
                <w:rFonts w:ascii="Arial" w:hAnsi="Arial" w:cs="Arial"/>
              </w:rPr>
            </w:pPr>
          </w:p>
          <w:p w14:paraId="33EF66FA" w14:textId="77777777" w:rsidR="00973172" w:rsidRDefault="00973172">
            <w:pPr>
              <w:rPr>
                <w:rFonts w:ascii="Arial" w:hAnsi="Arial" w:cs="Arial"/>
              </w:rPr>
            </w:pPr>
          </w:p>
          <w:p w14:paraId="02235096" w14:textId="77777777" w:rsidR="0036568D" w:rsidRDefault="0036568D">
            <w:pPr>
              <w:rPr>
                <w:rFonts w:ascii="Arial" w:hAnsi="Arial" w:cs="Arial"/>
              </w:rPr>
            </w:pPr>
          </w:p>
          <w:p w14:paraId="1102E88E" w14:textId="77777777" w:rsidR="00973172" w:rsidRDefault="00973172">
            <w:pPr>
              <w:rPr>
                <w:rFonts w:ascii="Arial" w:hAnsi="Arial" w:cs="Arial"/>
              </w:rPr>
            </w:pPr>
          </w:p>
          <w:p w14:paraId="1CFCC5AD" w14:textId="77777777" w:rsidR="00973172" w:rsidRDefault="00973172">
            <w:pPr>
              <w:rPr>
                <w:rFonts w:ascii="Arial" w:hAnsi="Arial" w:cs="Arial"/>
              </w:rPr>
            </w:pPr>
          </w:p>
          <w:p w14:paraId="10A9193B" w14:textId="77777777" w:rsidR="00973172" w:rsidRDefault="00973172">
            <w:pPr>
              <w:rPr>
                <w:rFonts w:ascii="Arial" w:hAnsi="Arial" w:cs="Arial"/>
              </w:rPr>
            </w:pPr>
          </w:p>
          <w:p w14:paraId="2C88BFD7" w14:textId="77777777" w:rsidR="00973172" w:rsidRDefault="00973172">
            <w:pPr>
              <w:rPr>
                <w:rFonts w:ascii="Arial" w:hAnsi="Arial" w:cs="Arial"/>
              </w:rPr>
            </w:pPr>
          </w:p>
          <w:p w14:paraId="166091A5" w14:textId="77777777" w:rsidR="00973172" w:rsidRPr="0032760F" w:rsidRDefault="00973172">
            <w:pPr>
              <w:rPr>
                <w:rFonts w:ascii="Arial" w:hAnsi="Arial" w:cs="Arial"/>
              </w:rPr>
            </w:pPr>
          </w:p>
          <w:p w14:paraId="3DB9B209" w14:textId="55BBF6AB" w:rsidR="0032760F" w:rsidRPr="0032760F" w:rsidRDefault="0032760F">
            <w:pPr>
              <w:rPr>
                <w:rFonts w:ascii="Arial" w:hAnsi="Arial" w:cs="Arial"/>
              </w:rPr>
            </w:pPr>
          </w:p>
        </w:tc>
      </w:tr>
    </w:tbl>
    <w:p w14:paraId="686CEC21" w14:textId="77777777" w:rsidR="0032760F" w:rsidRPr="0032760F" w:rsidRDefault="0032760F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630"/>
      </w:tblGrid>
      <w:tr w:rsidR="0032760F" w:rsidRPr="0032760F" w14:paraId="01D675ED" w14:textId="77777777" w:rsidTr="0032760F">
        <w:tc>
          <w:tcPr>
            <w:tcW w:w="8856" w:type="dxa"/>
          </w:tcPr>
          <w:p w14:paraId="52C0CFF6" w14:textId="5AB69FE1" w:rsidR="0032760F" w:rsidRDefault="0032760F">
            <w:pPr>
              <w:rPr>
                <w:rFonts w:ascii="Arial" w:hAnsi="Arial" w:cs="Arial"/>
              </w:rPr>
            </w:pPr>
            <w:r w:rsidRPr="0032760F">
              <w:rPr>
                <w:rFonts w:ascii="Arial" w:hAnsi="Arial" w:cs="Arial"/>
              </w:rPr>
              <w:t>How to support me:</w:t>
            </w:r>
          </w:p>
          <w:p w14:paraId="164D55EB" w14:textId="77777777" w:rsidR="00973172" w:rsidRDefault="00973172">
            <w:pPr>
              <w:rPr>
                <w:rFonts w:ascii="Arial" w:hAnsi="Arial" w:cs="Arial"/>
              </w:rPr>
            </w:pPr>
          </w:p>
          <w:p w14:paraId="1ECCC9DE" w14:textId="77777777" w:rsidR="00973172" w:rsidRDefault="00973172">
            <w:pPr>
              <w:rPr>
                <w:rFonts w:ascii="Arial" w:hAnsi="Arial" w:cs="Arial"/>
              </w:rPr>
            </w:pPr>
          </w:p>
          <w:p w14:paraId="259AF117" w14:textId="77777777" w:rsidR="00973172" w:rsidRDefault="00973172">
            <w:pPr>
              <w:rPr>
                <w:rFonts w:ascii="Arial" w:hAnsi="Arial" w:cs="Arial"/>
              </w:rPr>
            </w:pPr>
          </w:p>
          <w:p w14:paraId="113E8E7B" w14:textId="77777777" w:rsidR="00973172" w:rsidRDefault="00973172">
            <w:pPr>
              <w:rPr>
                <w:rFonts w:ascii="Arial" w:hAnsi="Arial" w:cs="Arial"/>
              </w:rPr>
            </w:pPr>
          </w:p>
          <w:p w14:paraId="42B4A849" w14:textId="77777777" w:rsidR="00973172" w:rsidRDefault="00973172">
            <w:pPr>
              <w:rPr>
                <w:rFonts w:ascii="Arial" w:hAnsi="Arial" w:cs="Arial"/>
              </w:rPr>
            </w:pPr>
          </w:p>
          <w:p w14:paraId="13B4986C" w14:textId="77777777" w:rsidR="00973172" w:rsidRDefault="00973172">
            <w:pPr>
              <w:rPr>
                <w:rFonts w:ascii="Arial" w:hAnsi="Arial" w:cs="Arial"/>
              </w:rPr>
            </w:pPr>
          </w:p>
          <w:p w14:paraId="75DBEB44" w14:textId="77777777" w:rsidR="00973172" w:rsidRDefault="00973172">
            <w:pPr>
              <w:rPr>
                <w:rFonts w:ascii="Arial" w:hAnsi="Arial" w:cs="Arial"/>
              </w:rPr>
            </w:pPr>
          </w:p>
          <w:p w14:paraId="1CCFE116" w14:textId="77777777" w:rsidR="00973172" w:rsidRDefault="00973172">
            <w:pPr>
              <w:rPr>
                <w:rFonts w:ascii="Arial" w:hAnsi="Arial" w:cs="Arial"/>
              </w:rPr>
            </w:pPr>
          </w:p>
          <w:p w14:paraId="47FA6F4F" w14:textId="77777777" w:rsidR="00973172" w:rsidRDefault="00973172">
            <w:pPr>
              <w:rPr>
                <w:rFonts w:ascii="Arial" w:hAnsi="Arial" w:cs="Arial"/>
              </w:rPr>
            </w:pPr>
          </w:p>
          <w:p w14:paraId="11944E9E" w14:textId="77777777" w:rsidR="00973172" w:rsidRDefault="00973172">
            <w:pPr>
              <w:rPr>
                <w:rFonts w:ascii="Arial" w:hAnsi="Arial" w:cs="Arial"/>
              </w:rPr>
            </w:pPr>
          </w:p>
          <w:p w14:paraId="58FD5472" w14:textId="77777777" w:rsidR="00973172" w:rsidRDefault="00973172">
            <w:pPr>
              <w:rPr>
                <w:rFonts w:ascii="Arial" w:hAnsi="Arial" w:cs="Arial"/>
              </w:rPr>
            </w:pPr>
          </w:p>
          <w:p w14:paraId="542FA96D" w14:textId="77777777" w:rsidR="00973172" w:rsidRDefault="00973172">
            <w:pPr>
              <w:rPr>
                <w:rFonts w:ascii="Arial" w:hAnsi="Arial" w:cs="Arial"/>
              </w:rPr>
            </w:pPr>
          </w:p>
          <w:p w14:paraId="125C813B" w14:textId="2F38E41E" w:rsidR="0032760F" w:rsidRPr="0032760F" w:rsidRDefault="0032760F">
            <w:pPr>
              <w:rPr>
                <w:rFonts w:ascii="Arial" w:hAnsi="Arial" w:cs="Arial"/>
              </w:rPr>
            </w:pPr>
          </w:p>
        </w:tc>
      </w:tr>
    </w:tbl>
    <w:p w14:paraId="45F2F43D" w14:textId="77777777" w:rsidR="0032760F" w:rsidRDefault="0032760F"/>
    <w:sectPr w:rsidR="0032760F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5802474">
    <w:abstractNumId w:val="8"/>
  </w:num>
  <w:num w:numId="2" w16cid:durableId="821892868">
    <w:abstractNumId w:val="6"/>
  </w:num>
  <w:num w:numId="3" w16cid:durableId="1413695350">
    <w:abstractNumId w:val="5"/>
  </w:num>
  <w:num w:numId="4" w16cid:durableId="1668287891">
    <w:abstractNumId w:val="4"/>
  </w:num>
  <w:num w:numId="5" w16cid:durableId="2139566622">
    <w:abstractNumId w:val="7"/>
  </w:num>
  <w:num w:numId="6" w16cid:durableId="1091272264">
    <w:abstractNumId w:val="3"/>
  </w:num>
  <w:num w:numId="7" w16cid:durableId="1633099210">
    <w:abstractNumId w:val="2"/>
  </w:num>
  <w:num w:numId="8" w16cid:durableId="1302534560">
    <w:abstractNumId w:val="1"/>
  </w:num>
  <w:num w:numId="9" w16cid:durableId="12720101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3956"/>
    <w:rsid w:val="00034616"/>
    <w:rsid w:val="0006063C"/>
    <w:rsid w:val="000E31D0"/>
    <w:rsid w:val="0015074B"/>
    <w:rsid w:val="0018343C"/>
    <w:rsid w:val="001F4B3D"/>
    <w:rsid w:val="0022768F"/>
    <w:rsid w:val="0029639D"/>
    <w:rsid w:val="002D6FC7"/>
    <w:rsid w:val="003075C8"/>
    <w:rsid w:val="00326F90"/>
    <w:rsid w:val="0032760F"/>
    <w:rsid w:val="0036568D"/>
    <w:rsid w:val="004054D8"/>
    <w:rsid w:val="00457727"/>
    <w:rsid w:val="004D75E7"/>
    <w:rsid w:val="00545527"/>
    <w:rsid w:val="00554139"/>
    <w:rsid w:val="005F4266"/>
    <w:rsid w:val="00605605"/>
    <w:rsid w:val="00702272"/>
    <w:rsid w:val="00702D7E"/>
    <w:rsid w:val="00787E8F"/>
    <w:rsid w:val="007C0AEC"/>
    <w:rsid w:val="009277AD"/>
    <w:rsid w:val="00973172"/>
    <w:rsid w:val="00A246C0"/>
    <w:rsid w:val="00A45531"/>
    <w:rsid w:val="00AA1D8D"/>
    <w:rsid w:val="00B151C0"/>
    <w:rsid w:val="00B47730"/>
    <w:rsid w:val="00BA7081"/>
    <w:rsid w:val="00C64DAD"/>
    <w:rsid w:val="00CB0664"/>
    <w:rsid w:val="00CD0180"/>
    <w:rsid w:val="00D42E00"/>
    <w:rsid w:val="00D44F4F"/>
    <w:rsid w:val="00E260DD"/>
    <w:rsid w:val="00EC368A"/>
    <w:rsid w:val="00F0284B"/>
    <w:rsid w:val="00F35FBD"/>
    <w:rsid w:val="00F5097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F87B12E"/>
  <w14:defaultImageDpi w14:val="300"/>
  <w15:docId w15:val="{5D19BF5F-0DD7-4D54-ACE8-E2873A31B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Revision">
    <w:name w:val="Revision"/>
    <w:hidden/>
    <w:uiPriority w:val="99"/>
    <w:semiHidden/>
    <w:rsid w:val="00D42E0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metadata xmlns="http://www.objective.com/ecm/document/metadata/FF3C5B18883D4E21973B57C2EEED7FD1" version="1.0.0">
  <systemFields>
    <field name="Objective-Id">
      <value order="0">A63461204</value>
    </field>
    <field name="Objective-Title">
      <value order="0">1. One Page Profile_Template_English</value>
    </field>
    <field name="Objective-Description">
      <value order="0"/>
    </field>
    <field name="Objective-CreationStamp">
      <value order="0">2026-06-22T14:09:25Z</value>
    </field>
    <field name="Objective-IsApproved">
      <value order="0">false</value>
    </field>
    <field name="Objective-IsPublished">
      <value order="0">false</value>
    </field>
    <field name="Objective-DatePublished">
      <value order="0"/>
    </field>
    <field name="Objective-ModificationStamp">
      <value order="0">2026-10-05T10:53:34Z</value>
    </field>
    <field name="Objective-Owner">
      <value order="0">Phillips-Morgan, Rachel (LCC - Support for Learners Division)</value>
    </field>
    <field name="Objective-Path">
      <value order="0">Objective Global Folder:#Business File Plan:WG Organisational Groups:Learning, Communities and Culture Group (LCCG):Education:Learning, Communities and Culture Group (LCCG) - Education - Support for Learners:1 - Save:Additional Learning Needs Branch:ALN Resources:ALN - Resources - Transitional File - 2026:RESOURCES: 2026 - Person Centred Practice Tools</value>
    </field>
    <field name="Objective-Parent">
      <value order="0">RESOURCES: 2026 - Person Centred Practice Tools</value>
    </field>
    <field name="Objective-State">
      <value order="0">Being Drafted</value>
    </field>
    <field name="Objective-VersionId">
      <value order="0">vA116024345</value>
    </field>
    <field name="Objective-Version">
      <value order="0">7.1</value>
    </field>
    <field name="Objective-VersionNumber">
      <value order="0">9</value>
    </field>
    <field name="Objective-VersionComment">
      <value order="0"/>
    </field>
    <field name="Objective-FileNumber">
      <value order="0">qA2452009</value>
    </field>
    <field name="Objective-Classification">
      <value order="0">Official - Sensitive</value>
    </field>
    <field name="Objective-Caveats">
      <value order="0"/>
    </field>
  </systemFields>
  <catalogues>
    <catalogue name="Document Type Catalogue" type="type" ori="id:cA14">
      <field name="Objective-Date Acquired">
        <value order="0"/>
      </field>
      <field name="Objective-Official Translation">
        <value order="0"/>
      </field>
      <field name="Objective-Connect Creator">
        <value order="0"/>
      </field>
    </catalogue>
  </catalogues>
</meta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FF3C5B18883D4E21973B57C2EEED7FD1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135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Williams, Aimee (LCC - Schools Digital Services Division)</cp:lastModifiedBy>
  <cp:revision>2</cp:revision>
  <dcterms:created xsi:type="dcterms:W3CDTF">2026-10-20T10:59:00Z</dcterms:created>
  <dcterms:modified xsi:type="dcterms:W3CDTF">2026-10-20T10:59:00Z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bjective-Comment">
    <vt:lpwstr/>
  </property>
  <property fmtid="{D5CDD505-2E9C-101B-9397-08002B2CF9AE}" pid="3" name="Customer-Id">
    <vt:lpwstr>FF3C5B18883D4E21973B57C2EEED7FD1</vt:lpwstr>
  </property>
  <property fmtid="{D5CDD505-2E9C-101B-9397-08002B2CF9AE}" pid="4" name="Objective-Id">
    <vt:lpwstr>A63461204</vt:lpwstr>
  </property>
  <property fmtid="{D5CDD505-2E9C-101B-9397-08002B2CF9AE}" pid="5" name="Objective-Title">
    <vt:lpwstr>1. One Page Profile_Template_English</vt:lpwstr>
  </property>
  <property fmtid="{D5CDD505-2E9C-101B-9397-08002B2CF9AE}" pid="6" name="Objective-Description">
    <vt:lpwstr/>
  </property>
  <property fmtid="{D5CDD505-2E9C-101B-9397-08002B2CF9AE}" pid="7" name="Objective-CreationStamp">
    <vt:filetime>2026-06-22T14:09:25Z</vt:filetime>
  </property>
  <property fmtid="{D5CDD505-2E9C-101B-9397-08002B2CF9AE}" pid="8" name="Objective-IsApproved">
    <vt:bool>false</vt:bool>
  </property>
  <property fmtid="{D5CDD505-2E9C-101B-9397-08002B2CF9AE}" pid="9" name="Objective-IsPublished">
    <vt:bool>false</vt:bool>
  </property>
  <property fmtid="{D5CDD505-2E9C-101B-9397-08002B2CF9AE}" pid="10" name="Objective-DatePublished">
    <vt:lpwstr/>
  </property>
  <property fmtid="{D5CDD505-2E9C-101B-9397-08002B2CF9AE}" pid="11" name="Objective-ModificationStamp">
    <vt:filetime>2026-10-05T10:53:34Z</vt:filetime>
  </property>
  <property fmtid="{D5CDD505-2E9C-101B-9397-08002B2CF9AE}" pid="12" name="Objective-Owner">
    <vt:lpwstr>Phillips-Morgan, Rachel (LCC - Support for Learners Division)</vt:lpwstr>
  </property>
  <property fmtid="{D5CDD505-2E9C-101B-9397-08002B2CF9AE}" pid="13" name="Objective-Path">
    <vt:lpwstr>Objective Global Folder:#Business File Plan:WG Organisational Groups:Learning, Communities and Culture Group (LCCG):Education:Learning, Communities and Culture Group (LCCG) - Education - Support for Learners:1 - Save:Additional Learning Needs Branch:ALN Resources:ALN - Resources - Transitional File - 2026:RESOURCES: 2026 - Person Centred Practice Tools:</vt:lpwstr>
  </property>
  <property fmtid="{D5CDD505-2E9C-101B-9397-08002B2CF9AE}" pid="14" name="Objective-Parent">
    <vt:lpwstr>RESOURCES: 2026 - Person Centred Practice Tools</vt:lpwstr>
  </property>
  <property fmtid="{D5CDD505-2E9C-101B-9397-08002B2CF9AE}" pid="15" name="Objective-State">
    <vt:lpwstr>Being Drafted</vt:lpwstr>
  </property>
  <property fmtid="{D5CDD505-2E9C-101B-9397-08002B2CF9AE}" pid="16" name="Objective-VersionId">
    <vt:lpwstr>vA116024345</vt:lpwstr>
  </property>
  <property fmtid="{D5CDD505-2E9C-101B-9397-08002B2CF9AE}" pid="17" name="Objective-Version">
    <vt:lpwstr>7.1</vt:lpwstr>
  </property>
  <property fmtid="{D5CDD505-2E9C-101B-9397-08002B2CF9AE}" pid="18" name="Objective-VersionNumber">
    <vt:r8>9</vt:r8>
  </property>
  <property fmtid="{D5CDD505-2E9C-101B-9397-08002B2CF9AE}" pid="19" name="Objective-VersionComment">
    <vt:lpwstr/>
  </property>
  <property fmtid="{D5CDD505-2E9C-101B-9397-08002B2CF9AE}" pid="20" name="Objective-FileNumber">
    <vt:lpwstr/>
  </property>
  <property fmtid="{D5CDD505-2E9C-101B-9397-08002B2CF9AE}" pid="21" name="Objective-Classification">
    <vt:lpwstr>[Inherited - Official - Sensitive]</vt:lpwstr>
  </property>
  <property fmtid="{D5CDD505-2E9C-101B-9397-08002B2CF9AE}" pid="22" name="Objective-Caveats">
    <vt:lpwstr/>
  </property>
  <property fmtid="{D5CDD505-2E9C-101B-9397-08002B2CF9AE}" pid="23" name="Objective-Date Acquired">
    <vt:lpwstr/>
  </property>
  <property fmtid="{D5CDD505-2E9C-101B-9397-08002B2CF9AE}" pid="24" name="Objective-Official Translation">
    <vt:lpwstr/>
  </property>
  <property fmtid="{D5CDD505-2E9C-101B-9397-08002B2CF9AE}" pid="25" name="Objective-Connect Creator">
    <vt:lpwstr/>
  </property>
</Properties>
</file>