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2F8F3" w14:textId="09829C05" w:rsidR="00702272" w:rsidRPr="00BA7081" w:rsidRDefault="00B57574">
      <w:pPr>
        <w:pStyle w:val="Title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2A80EA8" wp14:editId="37924403">
                <wp:simplePos x="0" y="0"/>
                <wp:positionH relativeFrom="column">
                  <wp:posOffset>6235190</wp:posOffset>
                </wp:positionH>
                <wp:positionV relativeFrom="paragraph">
                  <wp:posOffset>-353380</wp:posOffset>
                </wp:positionV>
                <wp:extent cx="3600" cy="5040"/>
                <wp:effectExtent l="57150" t="38100" r="53975" b="52705"/>
                <wp:wrapNone/>
                <wp:docPr id="1604913308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0" cy="504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104C10E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490.25pt;margin-top:-28.55pt;width:1.7pt;height:1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">
                <v:imagedata r:id="rId8" o:title=""/>
              </v:shape>
            </w:pict>
          </mc:Fallback>
        </mc:AlternateContent>
      </w:r>
      <w:r w:rsidR="00F426B1">
        <w:rPr>
          <w:rFonts w:ascii="Arial" w:hAnsi="Arial" w:cs="Arial"/>
        </w:rPr>
        <w:t>What’s working and what’s not working</w:t>
      </w:r>
      <w:r w:rsidR="0028169E">
        <w:rPr>
          <w:rFonts w:ascii="Arial" w:hAnsi="Arial" w:cs="Arial"/>
        </w:rPr>
        <w:t>?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32419E" w14:paraId="73D00374" w14:textId="77777777" w:rsidTr="0045446C">
        <w:tc>
          <w:tcPr>
            <w:tcW w:w="2876" w:type="dxa"/>
          </w:tcPr>
          <w:p w14:paraId="5A13CC63" w14:textId="2D7035F4" w:rsidR="0032419E" w:rsidRDefault="00F426B1" w:rsidP="00F426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What’s working</w:t>
            </w:r>
            <w:r w:rsidR="0028169E">
              <w:rPr>
                <w:rFonts w:ascii="Arial" w:hAnsi="Arial" w:cs="Arial"/>
              </w:rPr>
              <w:t>?</w:t>
            </w:r>
          </w:p>
        </w:tc>
        <w:tc>
          <w:tcPr>
            <w:tcW w:w="2877" w:type="dxa"/>
            <w:vMerge w:val="restart"/>
          </w:tcPr>
          <w:p w14:paraId="317F75ED" w14:textId="77777777" w:rsidR="005A48B7" w:rsidRDefault="005A48B7" w:rsidP="005A48B7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4C04EA21" w14:textId="77777777" w:rsidR="005A48B7" w:rsidRDefault="005A48B7" w:rsidP="005A48B7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4494E5F4" w14:textId="70560302" w:rsidR="0032419E" w:rsidRDefault="0046138F" w:rsidP="005A48B7">
            <w:pPr>
              <w:spacing w:before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="00E42D93">
              <w:rPr>
                <w:rFonts w:ascii="Arial" w:hAnsi="Arial" w:cs="Arial"/>
              </w:rPr>
              <w:t>child or young person</w:t>
            </w:r>
          </w:p>
        </w:tc>
        <w:tc>
          <w:tcPr>
            <w:tcW w:w="2877" w:type="dxa"/>
          </w:tcPr>
          <w:p w14:paraId="1F46A260" w14:textId="5B47A1A2" w:rsidR="0032419E" w:rsidRDefault="00F426B1" w:rsidP="00F426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What’s not working</w:t>
            </w:r>
            <w:r w:rsidR="0028169E">
              <w:rPr>
                <w:rFonts w:ascii="Arial" w:hAnsi="Arial" w:cs="Arial"/>
              </w:rPr>
              <w:t>?</w:t>
            </w:r>
          </w:p>
        </w:tc>
      </w:tr>
      <w:tr w:rsidR="0032419E" w14:paraId="0788AF2A" w14:textId="77777777" w:rsidTr="0045446C">
        <w:trPr>
          <w:trHeight w:val="2241"/>
        </w:trPr>
        <w:tc>
          <w:tcPr>
            <w:tcW w:w="2876" w:type="dxa"/>
          </w:tcPr>
          <w:p w14:paraId="0E217D64" w14:textId="6DC67D26" w:rsidR="0032419E" w:rsidRDefault="0032419E">
            <w:pPr>
              <w:rPr>
                <w:rFonts w:ascii="Arial" w:hAnsi="Arial" w:cs="Arial"/>
              </w:rPr>
            </w:pPr>
          </w:p>
        </w:tc>
        <w:tc>
          <w:tcPr>
            <w:tcW w:w="2877" w:type="dxa"/>
            <w:vMerge/>
          </w:tcPr>
          <w:p w14:paraId="35D42FBC" w14:textId="77777777" w:rsidR="0032419E" w:rsidRDefault="0032419E">
            <w:pPr>
              <w:rPr>
                <w:rFonts w:ascii="Arial" w:hAnsi="Arial" w:cs="Arial"/>
              </w:rPr>
            </w:pPr>
          </w:p>
        </w:tc>
        <w:tc>
          <w:tcPr>
            <w:tcW w:w="2877" w:type="dxa"/>
          </w:tcPr>
          <w:p w14:paraId="283800F0" w14:textId="77777777" w:rsidR="0032419E" w:rsidRDefault="0032419E">
            <w:pPr>
              <w:rPr>
                <w:rFonts w:ascii="Arial" w:hAnsi="Arial" w:cs="Arial"/>
              </w:rPr>
            </w:pPr>
          </w:p>
        </w:tc>
      </w:tr>
    </w:tbl>
    <w:p w14:paraId="4689B615" w14:textId="77777777" w:rsidR="00CA44F8" w:rsidRDefault="00CA44F8">
      <w:pPr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F426B1" w14:paraId="1AD7AB94" w14:textId="77777777" w:rsidTr="0045446C">
        <w:tc>
          <w:tcPr>
            <w:tcW w:w="2876" w:type="dxa"/>
          </w:tcPr>
          <w:p w14:paraId="6B862E51" w14:textId="6B8DC81B" w:rsidR="00F426B1" w:rsidRDefault="00F426B1" w:rsidP="00284C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What’s working</w:t>
            </w:r>
            <w:r w:rsidR="0028169E">
              <w:rPr>
                <w:rFonts w:ascii="Arial" w:hAnsi="Arial" w:cs="Arial"/>
              </w:rPr>
              <w:t>?</w:t>
            </w:r>
          </w:p>
        </w:tc>
        <w:tc>
          <w:tcPr>
            <w:tcW w:w="2877" w:type="dxa"/>
            <w:vMerge w:val="restart"/>
          </w:tcPr>
          <w:p w14:paraId="256A2E71" w14:textId="77777777" w:rsidR="005A48B7" w:rsidRDefault="005A48B7" w:rsidP="005A48B7">
            <w:pPr>
              <w:jc w:val="center"/>
              <w:rPr>
                <w:rFonts w:ascii="Arial" w:hAnsi="Arial" w:cs="Arial"/>
              </w:rPr>
            </w:pPr>
          </w:p>
          <w:p w14:paraId="72EE7192" w14:textId="77777777" w:rsidR="005A48B7" w:rsidRDefault="005A48B7" w:rsidP="005A48B7">
            <w:pPr>
              <w:jc w:val="center"/>
              <w:rPr>
                <w:rFonts w:ascii="Arial" w:hAnsi="Arial" w:cs="Arial"/>
              </w:rPr>
            </w:pPr>
          </w:p>
          <w:p w14:paraId="3A558C10" w14:textId="77777777" w:rsidR="005A48B7" w:rsidRDefault="005A48B7" w:rsidP="005A48B7">
            <w:pPr>
              <w:jc w:val="center"/>
              <w:rPr>
                <w:rFonts w:ascii="Arial" w:hAnsi="Arial" w:cs="Arial"/>
              </w:rPr>
            </w:pPr>
          </w:p>
          <w:p w14:paraId="1CA4C670" w14:textId="77777777" w:rsidR="005A48B7" w:rsidRDefault="005A48B7" w:rsidP="005A48B7">
            <w:pPr>
              <w:jc w:val="center"/>
              <w:rPr>
                <w:rFonts w:ascii="Arial" w:hAnsi="Arial" w:cs="Arial"/>
              </w:rPr>
            </w:pPr>
          </w:p>
          <w:p w14:paraId="0AD18D30" w14:textId="77777777" w:rsidR="005A48B7" w:rsidRDefault="005A48B7" w:rsidP="005A48B7">
            <w:pPr>
              <w:jc w:val="center"/>
              <w:rPr>
                <w:rFonts w:ascii="Arial" w:hAnsi="Arial" w:cs="Arial"/>
              </w:rPr>
            </w:pPr>
          </w:p>
          <w:p w14:paraId="15ABBC8F" w14:textId="0D3D7C2D" w:rsidR="00F426B1" w:rsidRDefault="00D07E51" w:rsidP="005A48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Pr="00D07E51">
              <w:rPr>
                <w:rFonts w:ascii="Arial" w:hAnsi="Arial" w:cs="Arial"/>
              </w:rPr>
              <w:t>amily</w:t>
            </w:r>
          </w:p>
        </w:tc>
        <w:tc>
          <w:tcPr>
            <w:tcW w:w="2877" w:type="dxa"/>
          </w:tcPr>
          <w:p w14:paraId="786D7969" w14:textId="4C3BBA3F" w:rsidR="00F426B1" w:rsidRDefault="00F426B1" w:rsidP="00284C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What’s not working</w:t>
            </w:r>
            <w:r w:rsidR="0028169E">
              <w:rPr>
                <w:rFonts w:ascii="Arial" w:hAnsi="Arial" w:cs="Arial"/>
              </w:rPr>
              <w:t>?</w:t>
            </w:r>
          </w:p>
        </w:tc>
      </w:tr>
      <w:tr w:rsidR="00F426B1" w14:paraId="0A9EC05B" w14:textId="77777777" w:rsidTr="0045446C">
        <w:trPr>
          <w:trHeight w:val="2383"/>
        </w:trPr>
        <w:tc>
          <w:tcPr>
            <w:tcW w:w="2876" w:type="dxa"/>
          </w:tcPr>
          <w:p w14:paraId="5EDE1F1C" w14:textId="77777777" w:rsidR="00F426B1" w:rsidRDefault="00F426B1" w:rsidP="00284C27">
            <w:pPr>
              <w:rPr>
                <w:rFonts w:ascii="Arial" w:hAnsi="Arial" w:cs="Arial"/>
              </w:rPr>
            </w:pPr>
          </w:p>
        </w:tc>
        <w:tc>
          <w:tcPr>
            <w:tcW w:w="2877" w:type="dxa"/>
            <w:vMerge/>
          </w:tcPr>
          <w:p w14:paraId="0A5C66EB" w14:textId="77777777" w:rsidR="00F426B1" w:rsidRDefault="00F426B1" w:rsidP="00284C27">
            <w:pPr>
              <w:rPr>
                <w:rFonts w:ascii="Arial" w:hAnsi="Arial" w:cs="Arial"/>
              </w:rPr>
            </w:pPr>
          </w:p>
        </w:tc>
        <w:tc>
          <w:tcPr>
            <w:tcW w:w="2877" w:type="dxa"/>
          </w:tcPr>
          <w:p w14:paraId="15E4EE82" w14:textId="77777777" w:rsidR="00F426B1" w:rsidRDefault="00F426B1" w:rsidP="00284C27">
            <w:pPr>
              <w:rPr>
                <w:rFonts w:ascii="Arial" w:hAnsi="Arial" w:cs="Arial"/>
              </w:rPr>
            </w:pPr>
          </w:p>
        </w:tc>
      </w:tr>
    </w:tbl>
    <w:p w14:paraId="45F2F43D" w14:textId="77777777" w:rsidR="0032760F" w:rsidRDefault="0032760F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F426B1" w14:paraId="059056E6" w14:textId="77777777" w:rsidTr="0045446C">
        <w:tc>
          <w:tcPr>
            <w:tcW w:w="2876" w:type="dxa"/>
          </w:tcPr>
          <w:p w14:paraId="6D4EADEF" w14:textId="39561B29" w:rsidR="00F426B1" w:rsidRDefault="00F426B1" w:rsidP="00284C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What’s working</w:t>
            </w:r>
            <w:r w:rsidR="0028169E">
              <w:rPr>
                <w:rFonts w:ascii="Arial" w:hAnsi="Arial" w:cs="Arial"/>
              </w:rPr>
              <w:t>?</w:t>
            </w:r>
          </w:p>
        </w:tc>
        <w:tc>
          <w:tcPr>
            <w:tcW w:w="2877" w:type="dxa"/>
            <w:vMerge w:val="restart"/>
          </w:tcPr>
          <w:p w14:paraId="341D4F27" w14:textId="77777777" w:rsidR="005A48B7" w:rsidRDefault="005A48B7" w:rsidP="00284C27">
            <w:pPr>
              <w:jc w:val="center"/>
              <w:rPr>
                <w:rFonts w:ascii="Arial" w:hAnsi="Arial" w:cs="Arial"/>
              </w:rPr>
            </w:pPr>
          </w:p>
          <w:p w14:paraId="35ED5729" w14:textId="77777777" w:rsidR="005A48B7" w:rsidRDefault="005A48B7" w:rsidP="00284C27">
            <w:pPr>
              <w:jc w:val="center"/>
              <w:rPr>
                <w:rFonts w:ascii="Arial" w:hAnsi="Arial" w:cs="Arial"/>
              </w:rPr>
            </w:pPr>
          </w:p>
          <w:p w14:paraId="3915F879" w14:textId="77777777" w:rsidR="005A48B7" w:rsidRDefault="005A48B7" w:rsidP="00284C27">
            <w:pPr>
              <w:jc w:val="center"/>
              <w:rPr>
                <w:rFonts w:ascii="Arial" w:hAnsi="Arial" w:cs="Arial"/>
              </w:rPr>
            </w:pPr>
          </w:p>
          <w:p w14:paraId="21D54179" w14:textId="77777777" w:rsidR="005A48B7" w:rsidRDefault="005A48B7" w:rsidP="00284C27">
            <w:pPr>
              <w:jc w:val="center"/>
              <w:rPr>
                <w:rFonts w:ascii="Arial" w:hAnsi="Arial" w:cs="Arial"/>
              </w:rPr>
            </w:pPr>
          </w:p>
          <w:p w14:paraId="7E73A0CF" w14:textId="71588E5D" w:rsidR="00F426B1" w:rsidRDefault="00443838" w:rsidP="00284C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9B2169">
              <w:rPr>
                <w:rFonts w:ascii="Arial" w:hAnsi="Arial" w:cs="Arial"/>
              </w:rPr>
              <w:t>Professionals</w:t>
            </w:r>
          </w:p>
        </w:tc>
        <w:tc>
          <w:tcPr>
            <w:tcW w:w="2877" w:type="dxa"/>
          </w:tcPr>
          <w:p w14:paraId="34ED101F" w14:textId="33112F84" w:rsidR="00F426B1" w:rsidRDefault="00F426B1" w:rsidP="00284C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What’s not working</w:t>
            </w:r>
            <w:r w:rsidR="0028169E">
              <w:rPr>
                <w:rFonts w:ascii="Arial" w:hAnsi="Arial" w:cs="Arial"/>
              </w:rPr>
              <w:t>?</w:t>
            </w:r>
          </w:p>
        </w:tc>
      </w:tr>
      <w:tr w:rsidR="00F426B1" w14:paraId="4C8FD74D" w14:textId="77777777" w:rsidTr="0045446C">
        <w:trPr>
          <w:trHeight w:val="2383"/>
        </w:trPr>
        <w:tc>
          <w:tcPr>
            <w:tcW w:w="2876" w:type="dxa"/>
          </w:tcPr>
          <w:p w14:paraId="0D625CAC" w14:textId="77777777" w:rsidR="00F426B1" w:rsidRDefault="00F426B1" w:rsidP="00284C27">
            <w:pPr>
              <w:rPr>
                <w:rFonts w:ascii="Arial" w:hAnsi="Arial" w:cs="Arial"/>
              </w:rPr>
            </w:pPr>
          </w:p>
        </w:tc>
        <w:tc>
          <w:tcPr>
            <w:tcW w:w="2877" w:type="dxa"/>
            <w:vMerge/>
          </w:tcPr>
          <w:p w14:paraId="1189DEEC" w14:textId="77777777" w:rsidR="00F426B1" w:rsidRDefault="00F426B1" w:rsidP="00284C27">
            <w:pPr>
              <w:rPr>
                <w:rFonts w:ascii="Arial" w:hAnsi="Arial" w:cs="Arial"/>
              </w:rPr>
            </w:pPr>
          </w:p>
        </w:tc>
        <w:tc>
          <w:tcPr>
            <w:tcW w:w="2877" w:type="dxa"/>
          </w:tcPr>
          <w:p w14:paraId="7139AC31" w14:textId="77777777" w:rsidR="00F426B1" w:rsidRDefault="00F426B1" w:rsidP="00284C27">
            <w:pPr>
              <w:rPr>
                <w:rFonts w:ascii="Arial" w:hAnsi="Arial" w:cs="Arial"/>
              </w:rPr>
            </w:pPr>
          </w:p>
        </w:tc>
      </w:tr>
    </w:tbl>
    <w:p w14:paraId="25C763DC" w14:textId="77777777" w:rsidR="00F426B1" w:rsidRDefault="00F426B1"/>
    <w:p w14:paraId="35A051CE" w14:textId="77777777" w:rsidR="00443838" w:rsidRDefault="00443838" w:rsidP="00443838"/>
    <w:p w14:paraId="2548DE99" w14:textId="77777777" w:rsidR="00443838" w:rsidRDefault="00443838" w:rsidP="00443838"/>
    <w:p w14:paraId="34CC6259" w14:textId="77777777" w:rsidR="00443838" w:rsidRDefault="00443838" w:rsidP="00443838"/>
    <w:p w14:paraId="0AEB2D35" w14:textId="77777777" w:rsidR="00443838" w:rsidRDefault="00443838" w:rsidP="0044383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443838" w14:paraId="787D3AAC" w14:textId="77777777" w:rsidTr="00443838">
        <w:tc>
          <w:tcPr>
            <w:tcW w:w="2876" w:type="dxa"/>
            <w:shd w:val="clear" w:color="auto" w:fill="FFFFFF" w:themeFill="background1"/>
          </w:tcPr>
          <w:p w14:paraId="626F2D64" w14:textId="38AC5F32" w:rsidR="00443838" w:rsidRDefault="00443838" w:rsidP="00665C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What’s working</w:t>
            </w:r>
            <w:r w:rsidR="0028169E">
              <w:rPr>
                <w:rFonts w:ascii="Arial" w:hAnsi="Arial" w:cs="Arial"/>
              </w:rPr>
              <w:t>?</w:t>
            </w:r>
          </w:p>
        </w:tc>
        <w:tc>
          <w:tcPr>
            <w:tcW w:w="2877" w:type="dxa"/>
            <w:vMerge w:val="restart"/>
            <w:shd w:val="clear" w:color="auto" w:fill="FFFFFF" w:themeFill="background1"/>
          </w:tcPr>
          <w:p w14:paraId="5E2D4233" w14:textId="77777777" w:rsidR="00443838" w:rsidRDefault="00443838" w:rsidP="00665C30">
            <w:pPr>
              <w:jc w:val="center"/>
              <w:rPr>
                <w:rFonts w:ascii="Arial" w:hAnsi="Arial" w:cs="Arial"/>
              </w:rPr>
            </w:pPr>
          </w:p>
          <w:p w14:paraId="09517573" w14:textId="77777777" w:rsidR="00443838" w:rsidRDefault="00443838" w:rsidP="00665C30">
            <w:pPr>
              <w:jc w:val="center"/>
              <w:rPr>
                <w:rFonts w:ascii="Arial" w:hAnsi="Arial" w:cs="Arial"/>
              </w:rPr>
            </w:pPr>
          </w:p>
          <w:p w14:paraId="151364DE" w14:textId="77777777" w:rsidR="00443838" w:rsidRDefault="00443838" w:rsidP="00665C30">
            <w:pPr>
              <w:jc w:val="center"/>
              <w:rPr>
                <w:rFonts w:ascii="Arial" w:hAnsi="Arial" w:cs="Arial"/>
              </w:rPr>
            </w:pPr>
          </w:p>
          <w:p w14:paraId="241152F2" w14:textId="77777777" w:rsidR="00443838" w:rsidRDefault="00443838" w:rsidP="00665C30">
            <w:pPr>
              <w:jc w:val="center"/>
              <w:rPr>
                <w:rFonts w:ascii="Arial" w:hAnsi="Arial" w:cs="Arial"/>
              </w:rPr>
            </w:pPr>
          </w:p>
          <w:p w14:paraId="47A7CD87" w14:textId="488DB096" w:rsidR="00443838" w:rsidRDefault="00443838" w:rsidP="00665C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Education setting</w:t>
            </w:r>
          </w:p>
        </w:tc>
        <w:tc>
          <w:tcPr>
            <w:tcW w:w="2877" w:type="dxa"/>
            <w:shd w:val="clear" w:color="auto" w:fill="FFFFFF" w:themeFill="background1"/>
          </w:tcPr>
          <w:p w14:paraId="0B84960D" w14:textId="20B8BFFB" w:rsidR="00443838" w:rsidRDefault="00443838" w:rsidP="00665C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What’s not working</w:t>
            </w:r>
            <w:r w:rsidR="0028169E">
              <w:rPr>
                <w:rFonts w:ascii="Arial" w:hAnsi="Arial" w:cs="Arial"/>
              </w:rPr>
              <w:t>?</w:t>
            </w:r>
          </w:p>
        </w:tc>
      </w:tr>
      <w:tr w:rsidR="00443838" w14:paraId="75284565" w14:textId="77777777" w:rsidTr="00767926">
        <w:trPr>
          <w:trHeight w:val="2646"/>
        </w:trPr>
        <w:tc>
          <w:tcPr>
            <w:tcW w:w="2876" w:type="dxa"/>
            <w:shd w:val="clear" w:color="auto" w:fill="FFFFFF" w:themeFill="background1"/>
          </w:tcPr>
          <w:p w14:paraId="43A9881B" w14:textId="77777777" w:rsidR="00443838" w:rsidRDefault="00443838" w:rsidP="00665C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7" w:type="dxa"/>
            <w:vMerge/>
            <w:shd w:val="clear" w:color="auto" w:fill="FFFFFF" w:themeFill="background1"/>
          </w:tcPr>
          <w:p w14:paraId="59D750F1" w14:textId="77777777" w:rsidR="00443838" w:rsidRDefault="00443838" w:rsidP="00665C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7" w:type="dxa"/>
            <w:shd w:val="clear" w:color="auto" w:fill="FFFFFF" w:themeFill="background1"/>
          </w:tcPr>
          <w:p w14:paraId="3449254A" w14:textId="77777777" w:rsidR="00443838" w:rsidRDefault="00443838" w:rsidP="00665C30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0ED6518" w14:textId="77777777" w:rsidR="00443838" w:rsidRDefault="0044383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630"/>
      </w:tblGrid>
      <w:tr w:rsidR="00F426B1" w14:paraId="4818586E" w14:textId="77777777" w:rsidTr="0045446C">
        <w:trPr>
          <w:trHeight w:val="1620"/>
        </w:trPr>
        <w:tc>
          <w:tcPr>
            <w:tcW w:w="8630" w:type="dxa"/>
          </w:tcPr>
          <w:p w14:paraId="64CE98C5" w14:textId="77777777" w:rsidR="00C2563C" w:rsidRPr="00C2563C" w:rsidRDefault="00C2563C" w:rsidP="00C2563C">
            <w:pPr>
              <w:rPr>
                <w:rFonts w:ascii="Arial" w:hAnsi="Arial" w:cs="Arial"/>
                <w:lang w:val="en-GB"/>
              </w:rPr>
            </w:pPr>
            <w:r w:rsidRPr="00C2563C">
              <w:rPr>
                <w:rFonts w:ascii="Arial" w:hAnsi="Arial" w:cs="Arial"/>
                <w:lang w:val="en-GB"/>
              </w:rPr>
              <w:t>What needs to happen next to build on what’s working and change what’s not working?</w:t>
            </w:r>
          </w:p>
          <w:p w14:paraId="3625180C" w14:textId="77777777" w:rsidR="00F426B1" w:rsidRDefault="00F426B1"/>
        </w:tc>
      </w:tr>
    </w:tbl>
    <w:p w14:paraId="4822D1B8" w14:textId="24D36F16" w:rsidR="00F426B1" w:rsidRDefault="00FD553F" w:rsidP="00C2563C">
      <w:r>
        <w:tab/>
      </w:r>
    </w:p>
    <w:sectPr w:rsidR="00F426B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802474">
    <w:abstractNumId w:val="8"/>
  </w:num>
  <w:num w:numId="2" w16cid:durableId="821892868">
    <w:abstractNumId w:val="6"/>
  </w:num>
  <w:num w:numId="3" w16cid:durableId="1413695350">
    <w:abstractNumId w:val="5"/>
  </w:num>
  <w:num w:numId="4" w16cid:durableId="1668287891">
    <w:abstractNumId w:val="4"/>
  </w:num>
  <w:num w:numId="5" w16cid:durableId="2139566622">
    <w:abstractNumId w:val="7"/>
  </w:num>
  <w:num w:numId="6" w16cid:durableId="1091272264">
    <w:abstractNumId w:val="3"/>
  </w:num>
  <w:num w:numId="7" w16cid:durableId="1633099210">
    <w:abstractNumId w:val="2"/>
  </w:num>
  <w:num w:numId="8" w16cid:durableId="1302534560">
    <w:abstractNumId w:val="1"/>
  </w:num>
  <w:num w:numId="9" w16cid:durableId="1272010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317"/>
    <w:rsid w:val="00034616"/>
    <w:rsid w:val="00057B22"/>
    <w:rsid w:val="0006063C"/>
    <w:rsid w:val="000F5808"/>
    <w:rsid w:val="001208BC"/>
    <w:rsid w:val="0015074B"/>
    <w:rsid w:val="001F4B3D"/>
    <w:rsid w:val="0022768F"/>
    <w:rsid w:val="0028169E"/>
    <w:rsid w:val="00295863"/>
    <w:rsid w:val="0029639D"/>
    <w:rsid w:val="002D6FC7"/>
    <w:rsid w:val="003075C8"/>
    <w:rsid w:val="0032419E"/>
    <w:rsid w:val="00326F90"/>
    <w:rsid w:val="0032760F"/>
    <w:rsid w:val="003533CB"/>
    <w:rsid w:val="003646DB"/>
    <w:rsid w:val="004054D8"/>
    <w:rsid w:val="00443838"/>
    <w:rsid w:val="0045162A"/>
    <w:rsid w:val="0045446C"/>
    <w:rsid w:val="0046138F"/>
    <w:rsid w:val="004D75E7"/>
    <w:rsid w:val="00545527"/>
    <w:rsid w:val="00554139"/>
    <w:rsid w:val="005A48B7"/>
    <w:rsid w:val="005F4266"/>
    <w:rsid w:val="00702272"/>
    <w:rsid w:val="00787E8F"/>
    <w:rsid w:val="00796981"/>
    <w:rsid w:val="00871C6A"/>
    <w:rsid w:val="008B4034"/>
    <w:rsid w:val="008E68BD"/>
    <w:rsid w:val="009252EC"/>
    <w:rsid w:val="009277AD"/>
    <w:rsid w:val="00973172"/>
    <w:rsid w:val="009B2169"/>
    <w:rsid w:val="00A246C0"/>
    <w:rsid w:val="00A45531"/>
    <w:rsid w:val="00AA1D8D"/>
    <w:rsid w:val="00B050F2"/>
    <w:rsid w:val="00B47730"/>
    <w:rsid w:val="00B57574"/>
    <w:rsid w:val="00B72D92"/>
    <w:rsid w:val="00BA7081"/>
    <w:rsid w:val="00C2563C"/>
    <w:rsid w:val="00C64DAD"/>
    <w:rsid w:val="00CA44F8"/>
    <w:rsid w:val="00CB0664"/>
    <w:rsid w:val="00CD0180"/>
    <w:rsid w:val="00D07E51"/>
    <w:rsid w:val="00D44F4F"/>
    <w:rsid w:val="00E42D93"/>
    <w:rsid w:val="00EC368A"/>
    <w:rsid w:val="00F0284B"/>
    <w:rsid w:val="00F35FBD"/>
    <w:rsid w:val="00F426B1"/>
    <w:rsid w:val="00F50971"/>
    <w:rsid w:val="00FC693F"/>
    <w:rsid w:val="00FD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7B12E"/>
  <w14:defaultImageDpi w14:val="300"/>
  <w15:docId w15:val="{5D19BF5F-0DD7-4D54-ACE8-E2873A31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3533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numbering" Target="numbering.xml"/><Relationship Id="rId7" Type="http://schemas.openxmlformats.org/officeDocument/2006/relationships/customXml" Target="ink/ink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7-16T13:01:30.27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10 14 8762,'-5'-3'-192,"1"-1"-872,4 2 55,1 0 249,2 0 248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metadata xmlns="http://www.objective.com/ecm/document/metadata/FF3C5B18883D4E21973B57C2EEED7FD1" version="1.0.0">
  <systemFields>
    <field name="Objective-Id">
      <value order="0">A63461231</value>
    </field>
    <field name="Objective-Title">
      <value order="0">3. What's working and what's not working_Template_English</value>
    </field>
    <field name="Objective-Description">
      <value order="0"/>
    </field>
    <field name="Objective-CreationStamp">
      <value order="0">2026-06-22T14:10:30Z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2026-10-05T11:00:58Z</value>
    </field>
    <field name="Objective-Owner">
      <value order="0">Phillips-Morgan, Rachel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vA116024756</value>
    </field>
    <field name="Objective-Version">
      <value order="0">12.1</value>
    </field>
    <field name="Objective-VersionNumber">
      <value order="0">14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Williams, Aimee (LCC - Schools Digital Services Division)</cp:lastModifiedBy>
  <cp:revision>2</cp:revision>
  <dcterms:created xsi:type="dcterms:W3CDTF">2026-10-20T11:02:00Z</dcterms:created>
  <dcterms:modified xsi:type="dcterms:W3CDTF">2026-10-20T11:02:00Z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A63461231</vt:lpwstr>
  </property>
  <property fmtid="{D5CDD505-2E9C-101B-9397-08002B2CF9AE}" pid="5" name="Objective-Title">
    <vt:lpwstr>3. What's working and what's not working_Template_English</vt:lpwstr>
  </property>
  <property fmtid="{D5CDD505-2E9C-101B-9397-08002B2CF9AE}" pid="6" name="Objective-Description">
    <vt:lpwstr/>
  </property>
  <property fmtid="{D5CDD505-2E9C-101B-9397-08002B2CF9AE}" pid="7" name="Objective-CreationStamp">
    <vt:filetime>2026-06-22T14:10:30Z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2026-10-05T11:00:58Z</vt:filetime>
  </property>
  <property fmtid="{D5CDD505-2E9C-101B-9397-08002B2CF9AE}" pid="12" name="Objective-Owner">
    <vt:lpwstr>Phillips-Morgan, Rachel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vA116024756</vt:lpwstr>
  </property>
  <property fmtid="{D5CDD505-2E9C-101B-9397-08002B2CF9AE}" pid="17" name="Objective-Version">
    <vt:lpwstr>12.1</vt:lpwstr>
  </property>
  <property fmtid="{D5CDD505-2E9C-101B-9397-08002B2CF9AE}" pid="18" name="Objective-VersionNumber">
    <vt:r8>14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