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52F8F3" w14:textId="5DED0F1C" w:rsidR="00702272" w:rsidRDefault="007E410E">
      <w:pPr>
        <w:pStyle w:val="Title"/>
        <w:rPr>
          <w:rFonts w:ascii="Arial" w:hAnsi="Arial" w:cs="Arial"/>
        </w:rPr>
      </w:pPr>
      <w:r>
        <w:rPr>
          <w:rFonts w:ascii="Arial" w:hAnsi="Arial" w:cs="Arial"/>
        </w:rPr>
        <w:t>Relationship circle</w:t>
      </w:r>
    </w:p>
    <w:p w14:paraId="0C0299B5" w14:textId="77777777" w:rsidR="00334508" w:rsidRPr="0095264F" w:rsidRDefault="00334508" w:rsidP="00334508">
      <w:pPr>
        <w:rPr>
          <w:rFonts w:ascii="Arial" w:hAnsi="Arial" w:cs="Arial"/>
          <w:sz w:val="24"/>
          <w:szCs w:val="24"/>
        </w:rPr>
      </w:pPr>
      <w:r w:rsidRPr="0095264F">
        <w:rPr>
          <w:rFonts w:ascii="Arial" w:hAnsi="Arial" w:cs="Arial"/>
          <w:sz w:val="24"/>
          <w:szCs w:val="24"/>
        </w:rPr>
        <w:t xml:space="preserve">Who are the important people in the </w:t>
      </w:r>
      <w:r>
        <w:rPr>
          <w:rFonts w:ascii="Arial" w:hAnsi="Arial" w:cs="Arial"/>
          <w:sz w:val="24"/>
          <w:szCs w:val="24"/>
        </w:rPr>
        <w:t>child</w:t>
      </w:r>
      <w:r w:rsidRPr="0095264F">
        <w:rPr>
          <w:rFonts w:ascii="Arial" w:hAnsi="Arial" w:cs="Arial"/>
          <w:sz w:val="24"/>
          <w:szCs w:val="24"/>
        </w:rPr>
        <w:t>’s life?</w:t>
      </w:r>
    </w:p>
    <w:p w14:paraId="0B2D2E59" w14:textId="48D48AFB" w:rsidR="002F6420" w:rsidRPr="00E75910" w:rsidRDefault="002F6420" w:rsidP="00E75910">
      <w:pPr>
        <w:rPr>
          <w:rFonts w:ascii="Arial" w:eastAsiaTheme="majorEastAsia" w:hAnsi="Arial" w:cs="Arial"/>
          <w:spacing w:val="5"/>
          <w:kern w:val="28"/>
          <w:sz w:val="24"/>
          <w:szCs w:val="24"/>
          <w:lang w:val="en-GB"/>
        </w:rPr>
      </w:pPr>
    </w:p>
    <w:p w14:paraId="4927B357" w14:textId="21EAAF4C" w:rsidR="00D15C46" w:rsidRDefault="00D15C46" w:rsidP="00BD2D6D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</w:pPr>
      <w:r w:rsidRPr="00D15C46">
        <w:rPr>
          <w:rFonts w:ascii="Arial" w:eastAsiaTheme="majorEastAsia" w:hAnsi="Arial" w:cs="Arial"/>
          <w:noProof/>
          <w:spacing w:val="5"/>
          <w:kern w:val="28"/>
          <w:sz w:val="44"/>
          <w:szCs w:val="44"/>
          <w:lang w:val="en-GB"/>
        </w:rPr>
        <w:drawing>
          <wp:inline distT="0" distB="0" distL="0" distR="0" wp14:anchorId="1A6E9C03" wp14:editId="502884E0">
            <wp:extent cx="3390900" cy="2574572"/>
            <wp:effectExtent l="0" t="0" r="0" b="0"/>
            <wp:docPr id="951189410" name="Picture 1" descr="Diagram with four sections: family, friends, school or college, and other professionals who support me. Three numbered circles show how close or important people are, with 1 in the centre, 2 in the middle circle, and 3 in the outer circ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1189410" name="Picture 1" descr="Diagram with four sections: family, friends, school or college, and other professionals who support me. Three numbered circles show how close or important people are, with 1 in the centre, 2 in the middle circle, and 3 in the outer circle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02727" cy="2583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CF287F" w14:textId="77777777" w:rsidR="00D15C46" w:rsidRDefault="00D15C46" w:rsidP="00BD2D6D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</w:pPr>
    </w:p>
    <w:p w14:paraId="78DF633D" w14:textId="1317E594" w:rsidR="00BD2D6D" w:rsidRDefault="00BD2D6D" w:rsidP="00BD2D6D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</w:pPr>
      <w:r w:rsidRPr="00E75910"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  <w:t>Family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704"/>
        <w:gridCol w:w="7926"/>
      </w:tblGrid>
      <w:tr w:rsidR="002F6420" w14:paraId="0B22A022" w14:textId="77777777" w:rsidTr="00334508">
        <w:tc>
          <w:tcPr>
            <w:tcW w:w="704" w:type="dxa"/>
          </w:tcPr>
          <w:p w14:paraId="6F323801" w14:textId="77777777" w:rsidR="002F6420" w:rsidRDefault="002F6420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1.</w:t>
            </w:r>
          </w:p>
        </w:tc>
        <w:tc>
          <w:tcPr>
            <w:tcW w:w="7926" w:type="dxa"/>
          </w:tcPr>
          <w:p w14:paraId="4EAD2F3D" w14:textId="77777777" w:rsidR="00687E6D" w:rsidRDefault="00687E6D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59A72AC2" w14:textId="77777777" w:rsidR="002332BF" w:rsidRDefault="002332BF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550C49DA" w14:textId="77777777" w:rsidR="002332BF" w:rsidRDefault="002332BF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749B769F" w14:textId="3868677C" w:rsidR="002332BF" w:rsidRDefault="002332BF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  <w:tr w:rsidR="002F6420" w14:paraId="48CC870E" w14:textId="77777777" w:rsidTr="00334508">
        <w:tc>
          <w:tcPr>
            <w:tcW w:w="704" w:type="dxa"/>
          </w:tcPr>
          <w:p w14:paraId="4A660142" w14:textId="77777777" w:rsidR="002F6420" w:rsidRDefault="002F6420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2.</w:t>
            </w:r>
          </w:p>
        </w:tc>
        <w:tc>
          <w:tcPr>
            <w:tcW w:w="7926" w:type="dxa"/>
          </w:tcPr>
          <w:p w14:paraId="422BF4DA" w14:textId="77777777" w:rsidR="002F6420" w:rsidRDefault="002F6420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43511CD3" w14:textId="77777777" w:rsidR="002332BF" w:rsidRDefault="002332BF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45F1B80A" w14:textId="77777777" w:rsidR="002332BF" w:rsidRDefault="002332BF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464B10B3" w14:textId="77777777" w:rsidR="002332BF" w:rsidRDefault="002332BF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  <w:tr w:rsidR="002F6420" w14:paraId="173DB784" w14:textId="77777777" w:rsidTr="00334508">
        <w:tc>
          <w:tcPr>
            <w:tcW w:w="704" w:type="dxa"/>
          </w:tcPr>
          <w:p w14:paraId="696610BB" w14:textId="77777777" w:rsidR="002F6420" w:rsidRDefault="002F6420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3.</w:t>
            </w:r>
          </w:p>
        </w:tc>
        <w:tc>
          <w:tcPr>
            <w:tcW w:w="7926" w:type="dxa"/>
          </w:tcPr>
          <w:p w14:paraId="7A943469" w14:textId="77777777" w:rsidR="00687E6D" w:rsidRDefault="00687E6D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632281E9" w14:textId="77777777" w:rsidR="00687E6D" w:rsidRDefault="00687E6D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183719E9" w14:textId="77777777" w:rsidR="002332BF" w:rsidRDefault="002332BF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0B9CBE50" w14:textId="04825066" w:rsidR="00687E6D" w:rsidRDefault="00687E6D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</w:tbl>
    <w:p w14:paraId="643272BC" w14:textId="77777777" w:rsidR="002F6420" w:rsidRDefault="002F6420" w:rsidP="00BD2D6D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</w:pPr>
    </w:p>
    <w:p w14:paraId="187E54F6" w14:textId="77777777" w:rsidR="002F6420" w:rsidRPr="00E75910" w:rsidRDefault="002F6420" w:rsidP="00BD2D6D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</w:pPr>
    </w:p>
    <w:p w14:paraId="65C23A63" w14:textId="77777777" w:rsidR="00BD2D6D" w:rsidRDefault="00BD2D6D" w:rsidP="00BD2D6D">
      <w:pPr>
        <w:rPr>
          <w:rFonts w:ascii="Arial" w:eastAsiaTheme="majorEastAsia" w:hAnsi="Arial" w:cs="Arial"/>
          <w:color w:val="17365D" w:themeColor="text2" w:themeShade="BF"/>
          <w:spacing w:val="5"/>
          <w:kern w:val="28"/>
          <w:sz w:val="24"/>
          <w:szCs w:val="24"/>
        </w:rPr>
      </w:pPr>
    </w:p>
    <w:p w14:paraId="7567CFE6" w14:textId="77777777" w:rsidR="007760FF" w:rsidRDefault="007760FF" w:rsidP="00BD2D6D">
      <w:pPr>
        <w:rPr>
          <w:rFonts w:ascii="Arial" w:eastAsiaTheme="majorEastAsia" w:hAnsi="Arial" w:cs="Arial"/>
          <w:color w:val="17365D" w:themeColor="text2" w:themeShade="BF"/>
          <w:spacing w:val="5"/>
          <w:kern w:val="28"/>
          <w:sz w:val="24"/>
          <w:szCs w:val="24"/>
        </w:rPr>
      </w:pPr>
    </w:p>
    <w:p w14:paraId="11D5E84E" w14:textId="51114C71" w:rsidR="00294A26" w:rsidRPr="00E75910" w:rsidRDefault="00294A26" w:rsidP="00294A26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</w:pPr>
      <w:r w:rsidRPr="00E75910"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  <w:t>Friends</w:t>
      </w:r>
    </w:p>
    <w:p w14:paraId="2D7C3A50" w14:textId="77777777" w:rsidR="00294A26" w:rsidRDefault="00294A26" w:rsidP="00BD2D6D">
      <w:pPr>
        <w:rPr>
          <w:rFonts w:ascii="Arial" w:eastAsiaTheme="majorEastAsia" w:hAnsi="Arial" w:cs="Arial"/>
          <w:color w:val="17365D" w:themeColor="text2" w:themeShade="BF"/>
          <w:spacing w:val="5"/>
          <w:kern w:val="28"/>
          <w:sz w:val="24"/>
          <w:szCs w:val="24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7501"/>
      </w:tblGrid>
      <w:tr w:rsidR="002F6420" w14:paraId="57BAA84A" w14:textId="77777777" w:rsidTr="00334508">
        <w:tc>
          <w:tcPr>
            <w:tcW w:w="1129" w:type="dxa"/>
          </w:tcPr>
          <w:p w14:paraId="36CC4D4C" w14:textId="77777777" w:rsidR="002F6420" w:rsidRDefault="002F6420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1.</w:t>
            </w:r>
          </w:p>
        </w:tc>
        <w:tc>
          <w:tcPr>
            <w:tcW w:w="7501" w:type="dxa"/>
          </w:tcPr>
          <w:p w14:paraId="0AD61297" w14:textId="77777777" w:rsidR="002F6420" w:rsidRDefault="002F6420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349FFD91" w14:textId="77777777" w:rsidR="002332BF" w:rsidRDefault="002332BF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421B19CF" w14:textId="77777777" w:rsidR="002332BF" w:rsidRDefault="002332BF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56BE25BD" w14:textId="0A02F60E" w:rsidR="002332BF" w:rsidRDefault="002332BF" w:rsidP="002332BF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  <w:tr w:rsidR="002F6420" w14:paraId="034B6C4D" w14:textId="77777777" w:rsidTr="00334508">
        <w:tc>
          <w:tcPr>
            <w:tcW w:w="1129" w:type="dxa"/>
          </w:tcPr>
          <w:p w14:paraId="2ED6F68D" w14:textId="77777777" w:rsidR="002F6420" w:rsidRDefault="002F6420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2.</w:t>
            </w:r>
          </w:p>
        </w:tc>
        <w:tc>
          <w:tcPr>
            <w:tcW w:w="7501" w:type="dxa"/>
          </w:tcPr>
          <w:p w14:paraId="6C792C9C" w14:textId="77777777" w:rsidR="00687E6D" w:rsidRDefault="00687E6D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589C769F" w14:textId="77777777" w:rsidR="002332BF" w:rsidRDefault="002332BF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65692C35" w14:textId="77777777" w:rsidR="002332BF" w:rsidRDefault="002332BF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07BD46A2" w14:textId="2B1EA6C2" w:rsidR="00687E6D" w:rsidRDefault="00687E6D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  <w:tr w:rsidR="002F6420" w14:paraId="6C309710" w14:textId="77777777" w:rsidTr="00334508">
        <w:tc>
          <w:tcPr>
            <w:tcW w:w="1129" w:type="dxa"/>
          </w:tcPr>
          <w:p w14:paraId="7F868954" w14:textId="77777777" w:rsidR="002F6420" w:rsidRDefault="002F6420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3.</w:t>
            </w:r>
          </w:p>
        </w:tc>
        <w:tc>
          <w:tcPr>
            <w:tcW w:w="7501" w:type="dxa"/>
          </w:tcPr>
          <w:p w14:paraId="00B0D3D5" w14:textId="77777777" w:rsidR="00687E6D" w:rsidRDefault="00687E6D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7F4E3B53" w14:textId="77777777" w:rsidR="002332BF" w:rsidRDefault="002332BF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7E9D72F7" w14:textId="77777777" w:rsidR="002332BF" w:rsidRDefault="002332BF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674F6708" w14:textId="68684730" w:rsidR="00687E6D" w:rsidRDefault="00687E6D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</w:tbl>
    <w:p w14:paraId="4E928275" w14:textId="77777777" w:rsidR="002F6420" w:rsidRDefault="002F6420" w:rsidP="00BD2D6D">
      <w:pPr>
        <w:rPr>
          <w:rFonts w:ascii="Arial" w:eastAsiaTheme="majorEastAsia" w:hAnsi="Arial" w:cs="Arial"/>
          <w:color w:val="17365D" w:themeColor="text2" w:themeShade="BF"/>
          <w:spacing w:val="5"/>
          <w:kern w:val="28"/>
          <w:sz w:val="24"/>
          <w:szCs w:val="24"/>
        </w:rPr>
      </w:pPr>
    </w:p>
    <w:p w14:paraId="32B62A97" w14:textId="77777777" w:rsidR="00334508" w:rsidRPr="00C55344" w:rsidRDefault="00334508" w:rsidP="00BD2D6D">
      <w:pPr>
        <w:rPr>
          <w:rFonts w:ascii="Arial" w:eastAsiaTheme="majorEastAsia" w:hAnsi="Arial" w:cs="Arial"/>
          <w:color w:val="17365D" w:themeColor="text2" w:themeShade="BF"/>
          <w:spacing w:val="5"/>
          <w:kern w:val="28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1154"/>
        <w:tblW w:w="0" w:type="auto"/>
        <w:tblLayout w:type="fixed"/>
        <w:tblLook w:val="04A0" w:firstRow="1" w:lastRow="0" w:firstColumn="1" w:lastColumn="0" w:noHBand="0" w:noVBand="1"/>
      </w:tblPr>
      <w:tblGrid>
        <w:gridCol w:w="988"/>
        <w:gridCol w:w="7642"/>
      </w:tblGrid>
      <w:tr w:rsidR="00687E6D" w14:paraId="0A35416E" w14:textId="77777777" w:rsidTr="002332BF">
        <w:tc>
          <w:tcPr>
            <w:tcW w:w="988" w:type="dxa"/>
          </w:tcPr>
          <w:p w14:paraId="04A5CD53" w14:textId="37F3C034" w:rsidR="00687E6D" w:rsidRDefault="00687E6D" w:rsidP="0033450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1.</w:t>
            </w:r>
          </w:p>
        </w:tc>
        <w:tc>
          <w:tcPr>
            <w:tcW w:w="7642" w:type="dxa"/>
          </w:tcPr>
          <w:p w14:paraId="33BCD7F5" w14:textId="77777777" w:rsidR="00687E6D" w:rsidRDefault="00687E6D" w:rsidP="002332BF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630878DA" w14:textId="77777777" w:rsidR="002332BF" w:rsidRDefault="002332BF" w:rsidP="002332BF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164E7C2B" w14:textId="77777777" w:rsidR="002332BF" w:rsidRDefault="002332BF" w:rsidP="002332BF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04FD7319" w14:textId="77777777" w:rsidR="002332BF" w:rsidRPr="00311681" w:rsidRDefault="002332BF" w:rsidP="002332BF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</w:tc>
      </w:tr>
      <w:tr w:rsidR="00687E6D" w14:paraId="1501D3F0" w14:textId="77777777" w:rsidTr="002332BF">
        <w:tc>
          <w:tcPr>
            <w:tcW w:w="988" w:type="dxa"/>
          </w:tcPr>
          <w:p w14:paraId="381BC70B" w14:textId="77777777" w:rsidR="00687E6D" w:rsidRDefault="00687E6D" w:rsidP="0033450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2.</w:t>
            </w:r>
          </w:p>
        </w:tc>
        <w:tc>
          <w:tcPr>
            <w:tcW w:w="7642" w:type="dxa"/>
          </w:tcPr>
          <w:p w14:paraId="471E3192" w14:textId="77777777" w:rsidR="00687E6D" w:rsidRDefault="00687E6D" w:rsidP="0033450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68EC9D9B" w14:textId="77777777" w:rsidR="002332BF" w:rsidRDefault="002332BF" w:rsidP="0033450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529EB44D" w14:textId="77777777" w:rsidR="002332BF" w:rsidRDefault="002332BF" w:rsidP="0033450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4097A781" w14:textId="69E4E6AB" w:rsidR="002332BF" w:rsidRPr="00311681" w:rsidRDefault="002332BF" w:rsidP="00334508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</w:tc>
      </w:tr>
      <w:tr w:rsidR="00687E6D" w14:paraId="7D9ABB5C" w14:textId="77777777" w:rsidTr="002332BF">
        <w:tc>
          <w:tcPr>
            <w:tcW w:w="988" w:type="dxa"/>
          </w:tcPr>
          <w:p w14:paraId="022C4A06" w14:textId="77777777" w:rsidR="00687E6D" w:rsidRDefault="00687E6D" w:rsidP="0033450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3.</w:t>
            </w:r>
          </w:p>
        </w:tc>
        <w:tc>
          <w:tcPr>
            <w:tcW w:w="7642" w:type="dxa"/>
          </w:tcPr>
          <w:p w14:paraId="12B2FC82" w14:textId="77777777" w:rsidR="00687E6D" w:rsidRDefault="00687E6D" w:rsidP="0033450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778DC63D" w14:textId="77777777" w:rsidR="00687E6D" w:rsidRDefault="00687E6D" w:rsidP="0033450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351EFBA7" w14:textId="77777777" w:rsidR="002332BF" w:rsidRDefault="002332BF" w:rsidP="0033450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14FB0926" w14:textId="77777777" w:rsidR="00687E6D" w:rsidRDefault="00687E6D" w:rsidP="00334508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</w:tbl>
    <w:p w14:paraId="15AF113C" w14:textId="5E317DD2" w:rsidR="00C55344" w:rsidRDefault="00334508" w:rsidP="00334508">
      <w:pPr>
        <w:jc w:val="center"/>
        <w:rPr>
          <w:rFonts w:ascii="Arial" w:eastAsiaTheme="majorEastAsia" w:hAnsi="Arial" w:cs="Arial"/>
          <w:spacing w:val="5"/>
          <w:kern w:val="28"/>
          <w:sz w:val="52"/>
          <w:szCs w:val="52"/>
          <w:lang w:val="en-GB"/>
        </w:rPr>
      </w:pPr>
      <w:r w:rsidRPr="00E75910"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  <w:t>School or college</w:t>
      </w:r>
    </w:p>
    <w:p w14:paraId="3F63CB8D" w14:textId="77777777" w:rsidR="002F6420" w:rsidRDefault="002F6420" w:rsidP="00C55344">
      <w:pPr>
        <w:rPr>
          <w:rFonts w:ascii="Arial" w:eastAsiaTheme="majorEastAsia" w:hAnsi="Arial" w:cs="Arial"/>
          <w:spacing w:val="5"/>
          <w:kern w:val="28"/>
          <w:sz w:val="52"/>
          <w:szCs w:val="52"/>
          <w:lang w:val="en-GB"/>
        </w:rPr>
      </w:pPr>
    </w:p>
    <w:p w14:paraId="30B67BBE" w14:textId="77777777" w:rsidR="002332BF" w:rsidRDefault="002332BF" w:rsidP="00C55344">
      <w:pPr>
        <w:jc w:val="center"/>
        <w:rPr>
          <w:rFonts w:ascii="Arial" w:eastAsiaTheme="majorEastAsia" w:hAnsi="Arial" w:cs="Arial"/>
          <w:spacing w:val="5"/>
          <w:kern w:val="28"/>
          <w:sz w:val="44"/>
          <w:szCs w:val="44"/>
          <w:lang w:val="en-GB"/>
        </w:rPr>
      </w:pPr>
    </w:p>
    <w:p w14:paraId="23CD27BF" w14:textId="28FC11B8" w:rsidR="00BD2D6D" w:rsidRDefault="00DD780D" w:rsidP="00DD780D">
      <w:pPr>
        <w:jc w:val="center"/>
      </w:pPr>
      <w:r w:rsidRPr="00DD780D">
        <w:rPr>
          <w:rFonts w:ascii="Arial" w:eastAsiaTheme="majorEastAsia" w:hAnsi="Arial" w:cs="Arial"/>
          <w:spacing w:val="5"/>
          <w:kern w:val="28"/>
          <w:sz w:val="44"/>
          <w:szCs w:val="44"/>
        </w:rPr>
        <w:lastRenderedPageBreak/>
        <w:t>Other professionals</w:t>
      </w:r>
      <w:r>
        <w:rPr>
          <w:rFonts w:ascii="Arial" w:eastAsiaTheme="majorEastAsia" w:hAnsi="Arial" w:cs="Arial"/>
          <w:spacing w:val="5"/>
          <w:kern w:val="28"/>
          <w:sz w:val="44"/>
          <w:szCs w:val="44"/>
        </w:rPr>
        <w:t xml:space="preserve"> that support me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7501"/>
      </w:tblGrid>
      <w:tr w:rsidR="002F6420" w14:paraId="37E2C833" w14:textId="77777777" w:rsidTr="00665C30">
        <w:tc>
          <w:tcPr>
            <w:tcW w:w="1129" w:type="dxa"/>
          </w:tcPr>
          <w:p w14:paraId="02EB0C6A" w14:textId="77777777" w:rsidR="002F6420" w:rsidRDefault="002F6420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1.</w:t>
            </w:r>
          </w:p>
        </w:tc>
        <w:tc>
          <w:tcPr>
            <w:tcW w:w="7501" w:type="dxa"/>
          </w:tcPr>
          <w:p w14:paraId="2ED25E42" w14:textId="77777777" w:rsidR="002F6420" w:rsidRDefault="002F6420" w:rsidP="002F6420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3BB6CB74" w14:textId="77777777" w:rsidR="002332BF" w:rsidRDefault="002332BF" w:rsidP="002F6420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4918DE68" w14:textId="77777777" w:rsidR="002332BF" w:rsidRDefault="002332BF" w:rsidP="002F6420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098E6C70" w14:textId="7A667553" w:rsidR="002332BF" w:rsidRPr="00665C30" w:rsidRDefault="002332BF" w:rsidP="002F6420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</w:tc>
      </w:tr>
      <w:tr w:rsidR="002F6420" w14:paraId="13B14ABA" w14:textId="77777777" w:rsidTr="00665C30">
        <w:tc>
          <w:tcPr>
            <w:tcW w:w="1129" w:type="dxa"/>
          </w:tcPr>
          <w:p w14:paraId="12271942" w14:textId="77777777" w:rsidR="002F6420" w:rsidRDefault="002F6420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2.</w:t>
            </w:r>
          </w:p>
        </w:tc>
        <w:tc>
          <w:tcPr>
            <w:tcW w:w="7501" w:type="dxa"/>
          </w:tcPr>
          <w:p w14:paraId="25CD4036" w14:textId="77777777" w:rsidR="00687E6D" w:rsidRDefault="00687E6D" w:rsidP="00665C30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22771A3B" w14:textId="77777777" w:rsidR="002332BF" w:rsidRDefault="002332BF" w:rsidP="00665C30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3B3A2951" w14:textId="77777777" w:rsidR="002332BF" w:rsidRDefault="002332BF" w:rsidP="00665C30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  <w:p w14:paraId="617D018C" w14:textId="624E94F9" w:rsidR="00687E6D" w:rsidRPr="00665C30" w:rsidRDefault="00687E6D" w:rsidP="00665C30">
            <w:pPr>
              <w:rPr>
                <w:rFonts w:ascii="Arial" w:eastAsiaTheme="majorEastAsia" w:hAnsi="Arial" w:cs="Arial"/>
                <w:spacing w:val="5"/>
                <w:kern w:val="28"/>
                <w:sz w:val="24"/>
                <w:szCs w:val="24"/>
              </w:rPr>
            </w:pPr>
          </w:p>
        </w:tc>
      </w:tr>
      <w:tr w:rsidR="002F6420" w14:paraId="4F90AFD2" w14:textId="77777777" w:rsidTr="00665C30">
        <w:tc>
          <w:tcPr>
            <w:tcW w:w="1129" w:type="dxa"/>
          </w:tcPr>
          <w:p w14:paraId="138C8682" w14:textId="77777777" w:rsidR="002F6420" w:rsidRDefault="002F6420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  <w: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  <w:t>3.</w:t>
            </w:r>
          </w:p>
        </w:tc>
        <w:tc>
          <w:tcPr>
            <w:tcW w:w="7501" w:type="dxa"/>
          </w:tcPr>
          <w:p w14:paraId="10424EE2" w14:textId="77777777" w:rsidR="00687E6D" w:rsidRDefault="00687E6D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6FB28973" w14:textId="77777777" w:rsidR="002332BF" w:rsidRDefault="002332BF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002FB251" w14:textId="77777777" w:rsidR="002332BF" w:rsidRDefault="002332BF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  <w:p w14:paraId="1110E0E7" w14:textId="17573160" w:rsidR="00687E6D" w:rsidRDefault="00687E6D" w:rsidP="00665C30">
            <w:pPr>
              <w:rPr>
                <w:rFonts w:ascii="Arial" w:eastAsiaTheme="majorEastAsia" w:hAnsi="Arial" w:cs="Arial"/>
                <w:color w:val="17365D" w:themeColor="text2" w:themeShade="BF"/>
                <w:spacing w:val="5"/>
                <w:kern w:val="28"/>
                <w:sz w:val="24"/>
                <w:szCs w:val="24"/>
              </w:rPr>
            </w:pPr>
          </w:p>
        </w:tc>
      </w:tr>
    </w:tbl>
    <w:p w14:paraId="7864F93E" w14:textId="77777777" w:rsidR="002F6420" w:rsidRPr="00BD2D6D" w:rsidRDefault="002F6420" w:rsidP="00BD2D6D"/>
    <w:sectPr w:rsidR="002F6420" w:rsidRPr="00BD2D6D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F96C33"/>
    <w:multiLevelType w:val="hybridMultilevel"/>
    <w:tmpl w:val="793444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1D3106C"/>
    <w:multiLevelType w:val="hybridMultilevel"/>
    <w:tmpl w:val="67686D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BE44160"/>
    <w:multiLevelType w:val="hybridMultilevel"/>
    <w:tmpl w:val="981E40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253E9"/>
    <w:multiLevelType w:val="hybridMultilevel"/>
    <w:tmpl w:val="8CD8A4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EE5ABE"/>
    <w:multiLevelType w:val="hybridMultilevel"/>
    <w:tmpl w:val="F11E9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11156E"/>
    <w:multiLevelType w:val="hybridMultilevel"/>
    <w:tmpl w:val="9F6A43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33D35"/>
    <w:multiLevelType w:val="hybridMultilevel"/>
    <w:tmpl w:val="95963A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714167A"/>
    <w:multiLevelType w:val="hybridMultilevel"/>
    <w:tmpl w:val="17D0DD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F01AFF"/>
    <w:multiLevelType w:val="hybridMultilevel"/>
    <w:tmpl w:val="A45027EC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8" w15:restartNumberingAfterBreak="0">
    <w:nsid w:val="4CE24600"/>
    <w:multiLevelType w:val="hybridMultilevel"/>
    <w:tmpl w:val="3D2C52F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091272264">
    <w:abstractNumId w:val="3"/>
  </w:num>
  <w:num w:numId="2" w16cid:durableId="115802474">
    <w:abstractNumId w:val="8"/>
  </w:num>
  <w:num w:numId="3" w16cid:durableId="116679085">
    <w:abstractNumId w:val="9"/>
  </w:num>
  <w:num w:numId="4" w16cid:durableId="1272010184">
    <w:abstractNumId w:val="0"/>
  </w:num>
  <w:num w:numId="5" w16cid:durableId="1302534560">
    <w:abstractNumId w:val="1"/>
  </w:num>
  <w:num w:numId="6" w16cid:durableId="1413695350">
    <w:abstractNumId w:val="5"/>
  </w:num>
  <w:num w:numId="7" w16cid:durableId="1453089109">
    <w:abstractNumId w:val="14"/>
  </w:num>
  <w:num w:numId="8" w16cid:durableId="1455443213">
    <w:abstractNumId w:val="12"/>
  </w:num>
  <w:num w:numId="9" w16cid:durableId="1575511708">
    <w:abstractNumId w:val="17"/>
  </w:num>
  <w:num w:numId="10" w16cid:durableId="1581400706">
    <w:abstractNumId w:val="15"/>
  </w:num>
  <w:num w:numId="11" w16cid:durableId="1633099210">
    <w:abstractNumId w:val="2"/>
  </w:num>
  <w:num w:numId="12" w16cid:durableId="1668287891">
    <w:abstractNumId w:val="4"/>
  </w:num>
  <w:num w:numId="13" w16cid:durableId="1787697201">
    <w:abstractNumId w:val="16"/>
  </w:num>
  <w:num w:numId="14" w16cid:durableId="1884824559">
    <w:abstractNumId w:val="18"/>
  </w:num>
  <w:num w:numId="15" w16cid:durableId="2139566622">
    <w:abstractNumId w:val="7"/>
  </w:num>
  <w:num w:numId="16" w16cid:durableId="821892868">
    <w:abstractNumId w:val="6"/>
  </w:num>
  <w:num w:numId="17" w16cid:durableId="488207665">
    <w:abstractNumId w:val="13"/>
  </w:num>
  <w:num w:numId="18" w16cid:durableId="841312636">
    <w:abstractNumId w:val="10"/>
  </w:num>
  <w:num w:numId="19" w16cid:durableId="8616699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2826"/>
    <w:rsid w:val="0006063C"/>
    <w:rsid w:val="00076665"/>
    <w:rsid w:val="000C7FA5"/>
    <w:rsid w:val="001208BC"/>
    <w:rsid w:val="0015074B"/>
    <w:rsid w:val="0016035D"/>
    <w:rsid w:val="00182108"/>
    <w:rsid w:val="001F4B3D"/>
    <w:rsid w:val="0022768F"/>
    <w:rsid w:val="002332BF"/>
    <w:rsid w:val="002537B7"/>
    <w:rsid w:val="00294A26"/>
    <w:rsid w:val="0029639D"/>
    <w:rsid w:val="002D6FC7"/>
    <w:rsid w:val="002F6420"/>
    <w:rsid w:val="003075C8"/>
    <w:rsid w:val="00326F90"/>
    <w:rsid w:val="0032760F"/>
    <w:rsid w:val="00334508"/>
    <w:rsid w:val="003C69DF"/>
    <w:rsid w:val="004054D8"/>
    <w:rsid w:val="00456ED0"/>
    <w:rsid w:val="00495314"/>
    <w:rsid w:val="004D75E7"/>
    <w:rsid w:val="00520DE1"/>
    <w:rsid w:val="00545527"/>
    <w:rsid w:val="00546A93"/>
    <w:rsid w:val="00554139"/>
    <w:rsid w:val="005734FE"/>
    <w:rsid w:val="005F4266"/>
    <w:rsid w:val="00687E6D"/>
    <w:rsid w:val="00702272"/>
    <w:rsid w:val="007760FF"/>
    <w:rsid w:val="00787E8F"/>
    <w:rsid w:val="007A6ED7"/>
    <w:rsid w:val="007E410E"/>
    <w:rsid w:val="007F00DF"/>
    <w:rsid w:val="00811889"/>
    <w:rsid w:val="008869F0"/>
    <w:rsid w:val="00886FE3"/>
    <w:rsid w:val="00890554"/>
    <w:rsid w:val="008D3538"/>
    <w:rsid w:val="008E4F48"/>
    <w:rsid w:val="009277AD"/>
    <w:rsid w:val="0095041F"/>
    <w:rsid w:val="00974BE3"/>
    <w:rsid w:val="00A246C0"/>
    <w:rsid w:val="00A45531"/>
    <w:rsid w:val="00AA0E63"/>
    <w:rsid w:val="00AA1D8D"/>
    <w:rsid w:val="00AD0AE0"/>
    <w:rsid w:val="00B050F2"/>
    <w:rsid w:val="00B47730"/>
    <w:rsid w:val="00B72D92"/>
    <w:rsid w:val="00BC046C"/>
    <w:rsid w:val="00BD2D6D"/>
    <w:rsid w:val="00BD510F"/>
    <w:rsid w:val="00C177A9"/>
    <w:rsid w:val="00C45E15"/>
    <w:rsid w:val="00C51348"/>
    <w:rsid w:val="00C55344"/>
    <w:rsid w:val="00C64DAD"/>
    <w:rsid w:val="00C87797"/>
    <w:rsid w:val="00CB0664"/>
    <w:rsid w:val="00CD0180"/>
    <w:rsid w:val="00D05E11"/>
    <w:rsid w:val="00D15C46"/>
    <w:rsid w:val="00D26BA1"/>
    <w:rsid w:val="00DD10A4"/>
    <w:rsid w:val="00DD780D"/>
    <w:rsid w:val="00E75910"/>
    <w:rsid w:val="00EC368A"/>
    <w:rsid w:val="00F0284B"/>
    <w:rsid w:val="00F34D6A"/>
    <w:rsid w:val="00F355C1"/>
    <w:rsid w:val="00F35FBD"/>
    <w:rsid w:val="00F4324C"/>
    <w:rsid w:val="00F4337A"/>
    <w:rsid w:val="00F435EF"/>
    <w:rsid w:val="00F50971"/>
    <w:rsid w:val="00FC693F"/>
    <w:rsid w:val="00FE7C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F87B12E"/>
  <w14:defaultImageDpi w14:val="300"/>
  <w15:docId w15:val="{9562C183-88CA-443B-8B08-42355290E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6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6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1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11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546A93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456ED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56ED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56ED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56E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56ED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FF3C5B18883D4E21973B57C2EEED7FD1" version="1.0.0">
  <systemFields>
    <field name="Objective-Id">
      <value order="0">A63461259</value>
    </field>
    <field name="Objective-Title">
      <value order="0">4. Relationship circle_Template_English</value>
    </field>
    <field name="Objective-Description">
      <value order="0"/>
    </field>
    <field name="Objective-CreationStamp">
      <value order="0">2026-06-22T14:11:02Z</value>
    </field>
    <field name="Objective-IsApproved">
      <value order="0">false</value>
    </field>
    <field name="Objective-IsPublished">
      <value order="0">true</value>
    </field>
    <field name="Objective-DatePublished">
      <value order="0">2026-10-06T09:32:10Z</value>
    </field>
    <field name="Objective-ModificationStamp">
      <value order="0">2026-10-06T09:32:10Z</value>
    </field>
    <field name="Objective-Owner">
      <value order="0">Phillips-Morgan, Rachel (LCC - Support for Learners Division)</value>
    </field>
    <field name="Objective-Path">
      <value order="0"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</value>
    </field>
    <field name="Objective-Parent">
      <value order="0">RESOURCES: 2026 - Person Centred Practice Tools</value>
    </field>
    <field name="Objective-State">
      <value order="0">Published</value>
    </field>
    <field name="Objective-VersionId">
      <value order="0">vA116048970</value>
    </field>
    <field name="Objective-Version">
      <value order="0">14.0</value>
    </field>
    <field name="Objective-VersionNumber">
      <value order="0">16</value>
    </field>
    <field name="Objective-VersionComment">
      <value order="0"/>
    </field>
    <field name="Objective-FileNumber">
      <value order="0">qA2452009</value>
    </field>
    <field name="Objective-Classification">
      <value order="0">Official - Sensitive</value>
    </field>
    <field name="Objective-Caveats">
      <value order="0"/>
    </field>
  </systemFields>
  <catalogues>
    <catalogue name="Document Type Catalogue" type="type" ori="id:cA14">
      <field name="Objective-Date Acquired">
        <value order="0"/>
      </field>
      <field name="Objective-Official Translation">
        <value order="0"/>
      </field>
      <field name="Objective-Connect Creator">
        <value order="0"/>
      </field>
    </catalogue>
  </catalogues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FF3C5B18883D4E21973B57C2EEED7F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</Words>
  <Characters>212</Characters>
  <Application>Microsoft Office Word</Application>
  <DocSecurity>4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Williams, Aimee (LCC - Schools Digital Services Division)</cp:lastModifiedBy>
  <cp:revision>2</cp:revision>
  <cp:lastPrinted>2026-06-11T15:21:00Z</cp:lastPrinted>
  <dcterms:created xsi:type="dcterms:W3CDTF">2026-10-20T11:03:00Z</dcterms:created>
  <dcterms:modified xsi:type="dcterms:W3CDTF">2026-10-20T11:03:00Z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bjective-Comment">
    <vt:lpwstr/>
  </property>
  <property fmtid="{D5CDD505-2E9C-101B-9397-08002B2CF9AE}" pid="3" name="Customer-Id">
    <vt:lpwstr>FF3C5B18883D4E21973B57C2EEED7FD1</vt:lpwstr>
  </property>
  <property fmtid="{D5CDD505-2E9C-101B-9397-08002B2CF9AE}" pid="4" name="Objective-Id">
    <vt:lpwstr>A63461259</vt:lpwstr>
  </property>
  <property fmtid="{D5CDD505-2E9C-101B-9397-08002B2CF9AE}" pid="5" name="Objective-Title">
    <vt:lpwstr>4. Relationship circle_Template_English</vt:lpwstr>
  </property>
  <property fmtid="{D5CDD505-2E9C-101B-9397-08002B2CF9AE}" pid="6" name="Objective-Description">
    <vt:lpwstr/>
  </property>
  <property fmtid="{D5CDD505-2E9C-101B-9397-08002B2CF9AE}" pid="7" name="Objective-CreationStamp">
    <vt:filetime>2026-06-22T14:11:02Z</vt:filetime>
  </property>
  <property fmtid="{D5CDD505-2E9C-101B-9397-08002B2CF9AE}" pid="8" name="Objective-IsApproved">
    <vt:bool>false</vt:bool>
  </property>
  <property fmtid="{D5CDD505-2E9C-101B-9397-08002B2CF9AE}" pid="9" name="Objective-IsPublished">
    <vt:bool>true</vt:bool>
  </property>
  <property fmtid="{D5CDD505-2E9C-101B-9397-08002B2CF9AE}" pid="10" name="Objective-DatePublished">
    <vt:filetime>2026-10-06T09:32:10Z</vt:filetime>
  </property>
  <property fmtid="{D5CDD505-2E9C-101B-9397-08002B2CF9AE}" pid="11" name="Objective-ModificationStamp">
    <vt:filetime>2026-10-06T09:32:10Z</vt:filetime>
  </property>
  <property fmtid="{D5CDD505-2E9C-101B-9397-08002B2CF9AE}" pid="12" name="Objective-Owner">
    <vt:lpwstr>Phillips-Morgan, Rachel (LCC - Support for Learners Division)</vt:lpwstr>
  </property>
  <property fmtid="{D5CDD505-2E9C-101B-9397-08002B2CF9AE}" pid="13" name="Objective-Path">
    <vt:lpwstr>Objective Global Folder:#Business File Plan:WG Organisational Groups:Learning, Communities and Culture Group (LCCG):Education:Learning, Communities and Culture Group (LCCG) - Education - Support for Learners:1 - Save:Additional Learning Needs Branch:ALN Resources:ALN - Resources - Transitional File - 2026:RESOURCES: 2026 - Person Centred Practice Tools:</vt:lpwstr>
  </property>
  <property fmtid="{D5CDD505-2E9C-101B-9397-08002B2CF9AE}" pid="14" name="Objective-Parent">
    <vt:lpwstr>RESOURCES: 2026 - Person Centred Practice Tools</vt:lpwstr>
  </property>
  <property fmtid="{D5CDD505-2E9C-101B-9397-08002B2CF9AE}" pid="15" name="Objective-State">
    <vt:lpwstr>Published</vt:lpwstr>
  </property>
  <property fmtid="{D5CDD505-2E9C-101B-9397-08002B2CF9AE}" pid="16" name="Objective-VersionId">
    <vt:lpwstr>vA116048970</vt:lpwstr>
  </property>
  <property fmtid="{D5CDD505-2E9C-101B-9397-08002B2CF9AE}" pid="17" name="Objective-Version">
    <vt:lpwstr>14.0</vt:lpwstr>
  </property>
  <property fmtid="{D5CDD505-2E9C-101B-9397-08002B2CF9AE}" pid="18" name="Objective-VersionNumber">
    <vt:r8>16</vt:r8>
  </property>
  <property fmtid="{D5CDD505-2E9C-101B-9397-08002B2CF9AE}" pid="19" name="Objective-VersionComment">
    <vt:lpwstr/>
  </property>
  <property fmtid="{D5CDD505-2E9C-101B-9397-08002B2CF9AE}" pid="20" name="Objective-FileNumber">
    <vt:lpwstr/>
  </property>
  <property fmtid="{D5CDD505-2E9C-101B-9397-08002B2CF9AE}" pid="21" name="Objective-Classification">
    <vt:lpwstr>[Inherited - Official - Sensitive]</vt:lpwstr>
  </property>
  <property fmtid="{D5CDD505-2E9C-101B-9397-08002B2CF9AE}" pid="22" name="Objective-Caveats">
    <vt:lpwstr/>
  </property>
  <property fmtid="{D5CDD505-2E9C-101B-9397-08002B2CF9AE}" pid="23" name="Objective-Date Acquired">
    <vt:lpwstr/>
  </property>
  <property fmtid="{D5CDD505-2E9C-101B-9397-08002B2CF9AE}" pid="24" name="Objective-Official Translation">
    <vt:lpwstr/>
  </property>
  <property fmtid="{D5CDD505-2E9C-101B-9397-08002B2CF9AE}" pid="25" name="Objective-Connect Creator">
    <vt:lpwstr/>
  </property>
</Properties>
</file>