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F43D" w14:textId="7EB2A850" w:rsidR="0032760F" w:rsidRPr="001C2E43" w:rsidRDefault="005C71D1" w:rsidP="001C2E43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Aspirations tool</w:t>
      </w:r>
    </w:p>
    <w:p w14:paraId="49788600" w14:textId="77777777" w:rsidR="001A6763" w:rsidRDefault="001A6763" w:rsidP="005C71D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1C2E43" w14:paraId="0E372C05" w14:textId="77777777" w:rsidTr="007428FC">
        <w:tc>
          <w:tcPr>
            <w:tcW w:w="4315" w:type="dxa"/>
          </w:tcPr>
          <w:p w14:paraId="671295C3" w14:textId="27AF7BDF" w:rsidR="001C2E43" w:rsidRDefault="001C2E43" w:rsidP="001C2E43">
            <w:pPr>
              <w:jc w:val="center"/>
              <w:rPr>
                <w:rFonts w:ascii="Arial" w:hAnsi="Arial" w:cs="Arial"/>
                <w:lang w:val="en-GB"/>
              </w:rPr>
            </w:pPr>
            <w:r w:rsidRPr="001A6763">
              <w:rPr>
                <w:rFonts w:ascii="Arial" w:hAnsi="Arial" w:cs="Arial"/>
                <w:lang w:val="en-GB"/>
              </w:rPr>
              <w:t>Action plan (</w:t>
            </w:r>
            <w:r w:rsidR="00DB2523">
              <w:rPr>
                <w:rFonts w:ascii="Arial" w:hAnsi="Arial" w:cs="Arial"/>
                <w:lang w:val="en-GB"/>
              </w:rPr>
              <w:t>f</w:t>
            </w:r>
            <w:r w:rsidRPr="001A6763">
              <w:rPr>
                <w:rFonts w:ascii="Arial" w:hAnsi="Arial" w:cs="Arial"/>
                <w:lang w:val="en-GB"/>
              </w:rPr>
              <w:t>irst steps)</w:t>
            </w:r>
          </w:p>
          <w:p w14:paraId="4F08510D" w14:textId="77777777" w:rsidR="001C2E43" w:rsidRPr="001A6763" w:rsidRDefault="001C2E43" w:rsidP="001C2E43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370177F5" w14:textId="6CCC029C" w:rsidR="001C2E43" w:rsidRDefault="001C2E43" w:rsidP="007428FC">
            <w:pPr>
              <w:rPr>
                <w:rFonts w:ascii="Arial" w:hAnsi="Arial" w:cs="Arial"/>
                <w:lang w:val="en-GB"/>
              </w:rPr>
            </w:pPr>
          </w:p>
          <w:p w14:paraId="63F7C181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24147A07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75892F41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6C411421" w14:textId="6B315A49" w:rsidR="00DC2DDE" w:rsidRPr="001C2E43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</w:tc>
        <w:tc>
          <w:tcPr>
            <w:tcW w:w="4315" w:type="dxa"/>
          </w:tcPr>
          <w:p w14:paraId="5A1E1181" w14:textId="4F5E00E9" w:rsidR="001C2E43" w:rsidRDefault="001C2E43" w:rsidP="001C2E43">
            <w:pPr>
              <w:jc w:val="center"/>
              <w:rPr>
                <w:rFonts w:ascii="Arial" w:hAnsi="Arial" w:cs="Arial"/>
                <w:lang w:val="en-GB"/>
              </w:rPr>
            </w:pPr>
            <w:r w:rsidRPr="008F3E41">
              <w:rPr>
                <w:rFonts w:ascii="Arial" w:hAnsi="Arial" w:cs="Arial"/>
                <w:lang w:val="en-GB"/>
              </w:rPr>
              <w:t>Outcomes (</w:t>
            </w:r>
            <w:r w:rsidR="00DB2523">
              <w:rPr>
                <w:rFonts w:ascii="Arial" w:hAnsi="Arial" w:cs="Arial"/>
                <w:lang w:val="en-GB"/>
              </w:rPr>
              <w:t>w</w:t>
            </w:r>
            <w:r w:rsidR="00342979">
              <w:rPr>
                <w:rFonts w:ascii="Arial" w:hAnsi="Arial" w:cs="Arial"/>
                <w:lang w:val="en-GB"/>
              </w:rPr>
              <w:t>ithin a year</w:t>
            </w:r>
            <w:r w:rsidRPr="008F3E41">
              <w:rPr>
                <w:rFonts w:ascii="Arial" w:hAnsi="Arial" w:cs="Arial"/>
                <w:lang w:val="en-GB"/>
              </w:rPr>
              <w:t>)</w:t>
            </w:r>
          </w:p>
          <w:p w14:paraId="4E926BD0" w14:textId="77777777" w:rsidR="001C2E43" w:rsidRDefault="001C2E43" w:rsidP="001C2E43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0C473884" w14:textId="77777777" w:rsidR="001C2E43" w:rsidRDefault="001C2E43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468C0A5C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257FAAB0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17AE2110" w14:textId="77777777" w:rsidR="00DC2DDE" w:rsidRDefault="00DC2DDE" w:rsidP="00DC2DDE">
            <w:pPr>
              <w:ind w:left="720"/>
            </w:pPr>
          </w:p>
        </w:tc>
      </w:tr>
    </w:tbl>
    <w:p w14:paraId="47CB9F7A" w14:textId="77777777" w:rsidR="001C2E43" w:rsidRDefault="001C2E43" w:rsidP="005C71D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1C6ED9" w14:paraId="07C4D9C1" w14:textId="77777777" w:rsidTr="007428FC">
        <w:tc>
          <w:tcPr>
            <w:tcW w:w="4315" w:type="dxa"/>
          </w:tcPr>
          <w:p w14:paraId="1D6AE81A" w14:textId="374A2DEA" w:rsidR="001C6ED9" w:rsidRDefault="001C6ED9" w:rsidP="001C6ED9">
            <w:pPr>
              <w:jc w:val="center"/>
              <w:rPr>
                <w:rFonts w:ascii="Arial" w:hAnsi="Arial" w:cs="Arial"/>
                <w:lang w:val="en-GB"/>
              </w:rPr>
            </w:pPr>
            <w:r w:rsidRPr="00C60F00">
              <w:rPr>
                <w:rFonts w:ascii="Arial" w:hAnsi="Arial" w:cs="Arial"/>
                <w:lang w:val="en-GB"/>
              </w:rPr>
              <w:t>What sort of person do I want to be in the future</w:t>
            </w:r>
            <w:r w:rsidR="00182530">
              <w:rPr>
                <w:rFonts w:ascii="Arial" w:hAnsi="Arial" w:cs="Arial"/>
                <w:lang w:val="en-GB"/>
              </w:rPr>
              <w:t>?</w:t>
            </w:r>
          </w:p>
          <w:p w14:paraId="18344AF5" w14:textId="77777777" w:rsidR="001C6ED9" w:rsidRPr="001A6763" w:rsidRDefault="001C6ED9" w:rsidP="00284C27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16E72B0D" w14:textId="77777777" w:rsidR="001C6ED9" w:rsidRDefault="001C6ED9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58E87493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2C0E0D4B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1F4B8ACC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60E016E3" w14:textId="2C5B8BE5" w:rsidR="00DC2DDE" w:rsidRPr="001C6ED9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</w:tc>
        <w:tc>
          <w:tcPr>
            <w:tcW w:w="4315" w:type="dxa"/>
          </w:tcPr>
          <w:p w14:paraId="77F7E909" w14:textId="7B6D0734" w:rsidR="001C6ED9" w:rsidRPr="00AE03B0" w:rsidRDefault="001C6ED9" w:rsidP="001C6ED9">
            <w:pPr>
              <w:jc w:val="center"/>
              <w:rPr>
                <w:rFonts w:ascii="Arial" w:hAnsi="Arial" w:cs="Arial"/>
                <w:lang w:val="en-GB"/>
              </w:rPr>
            </w:pPr>
            <w:r w:rsidRPr="00AE03B0">
              <w:rPr>
                <w:rFonts w:ascii="Arial" w:hAnsi="Arial" w:cs="Arial"/>
                <w:lang w:val="en-GB"/>
              </w:rPr>
              <w:t>What do I want to do in the future</w:t>
            </w:r>
            <w:r w:rsidR="00182530">
              <w:rPr>
                <w:rFonts w:ascii="Arial" w:hAnsi="Arial" w:cs="Arial"/>
                <w:lang w:val="en-GB"/>
              </w:rPr>
              <w:t>?</w:t>
            </w:r>
          </w:p>
          <w:p w14:paraId="5B48023D" w14:textId="77777777" w:rsidR="001C6ED9" w:rsidRDefault="001C6ED9" w:rsidP="00284C27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565EA3F5" w14:textId="279A9E60" w:rsidR="001C6ED9" w:rsidRPr="001C6ED9" w:rsidRDefault="001C6ED9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</w:tc>
      </w:tr>
    </w:tbl>
    <w:p w14:paraId="0003A216" w14:textId="77777777" w:rsidR="001C6ED9" w:rsidRDefault="001C6ED9" w:rsidP="005C71D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1C2E43" w14:paraId="70686CDE" w14:textId="77777777" w:rsidTr="007428FC">
        <w:tc>
          <w:tcPr>
            <w:tcW w:w="8630" w:type="dxa"/>
          </w:tcPr>
          <w:p w14:paraId="0E8FCBD7" w14:textId="28F597EA" w:rsidR="001C2E43" w:rsidRDefault="00797E19" w:rsidP="00EB06DD">
            <w:pPr>
              <w:jc w:val="center"/>
              <w:rPr>
                <w:rFonts w:ascii="Arial" w:hAnsi="Arial" w:cs="Arial"/>
                <w:lang w:val="en-GB"/>
              </w:rPr>
            </w:pPr>
            <w:r w:rsidRPr="00797E19">
              <w:rPr>
                <w:rFonts w:ascii="Arial" w:hAnsi="Arial" w:cs="Arial"/>
                <w:lang w:val="en-GB"/>
              </w:rPr>
              <w:t xml:space="preserve">What people like and admire about me: my </w:t>
            </w:r>
            <w:r w:rsidR="00F01DDE">
              <w:rPr>
                <w:rFonts w:ascii="Arial" w:hAnsi="Arial" w:cs="Arial"/>
                <w:lang w:val="en-GB"/>
              </w:rPr>
              <w:t xml:space="preserve">skills, </w:t>
            </w:r>
            <w:r w:rsidRPr="00797E19">
              <w:rPr>
                <w:rFonts w:ascii="Arial" w:hAnsi="Arial" w:cs="Arial"/>
                <w:lang w:val="en-GB"/>
              </w:rPr>
              <w:t>gifts and talents</w:t>
            </w:r>
          </w:p>
          <w:p w14:paraId="3D8BA5F0" w14:textId="77777777" w:rsidR="001C2E43" w:rsidRDefault="001C2E43" w:rsidP="00284C27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42A96B1D" w14:textId="77777777" w:rsidR="001C2E43" w:rsidRDefault="001C2E43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3C299FC4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4ACF21BB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51354870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1D867359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73598C95" w14:textId="77777777" w:rsidR="00DC2DDE" w:rsidRDefault="00DC2DDE" w:rsidP="00DC2DDE">
            <w:pPr>
              <w:rPr>
                <w:rFonts w:ascii="Arial" w:hAnsi="Arial" w:cs="Arial"/>
                <w:lang w:val="en-GB"/>
              </w:rPr>
            </w:pPr>
          </w:p>
          <w:p w14:paraId="523D2E16" w14:textId="77777777" w:rsidR="00DC2DDE" w:rsidRDefault="00DC2DDE" w:rsidP="00DC2DDE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6803AF49" w14:textId="77777777" w:rsidR="00DC2DDE" w:rsidRDefault="00DC2DDE" w:rsidP="00DC2DDE">
            <w:pPr>
              <w:ind w:left="720"/>
            </w:pPr>
          </w:p>
        </w:tc>
      </w:tr>
    </w:tbl>
    <w:p w14:paraId="6A0CF7EA" w14:textId="77777777" w:rsidR="001C2E43" w:rsidRDefault="001C2E43" w:rsidP="005C71D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B95573" w14:paraId="59F68326" w14:textId="77777777" w:rsidTr="007428FC">
        <w:tc>
          <w:tcPr>
            <w:tcW w:w="8630" w:type="dxa"/>
          </w:tcPr>
          <w:p w14:paraId="6538088C" w14:textId="50D8B61A" w:rsidR="00B11B85" w:rsidRPr="00B11B85" w:rsidRDefault="00B11B85" w:rsidP="00B11B85">
            <w:pPr>
              <w:jc w:val="center"/>
              <w:rPr>
                <w:rFonts w:ascii="Arial" w:hAnsi="Arial" w:cs="Arial"/>
                <w:lang w:val="en-GB"/>
              </w:rPr>
            </w:pPr>
            <w:r w:rsidRPr="00B11B85">
              <w:rPr>
                <w:rFonts w:ascii="Arial" w:hAnsi="Arial" w:cs="Arial"/>
                <w:lang w:val="en-GB"/>
              </w:rPr>
              <w:t>What’s important to me</w:t>
            </w:r>
            <w:r w:rsidR="00FD7785">
              <w:rPr>
                <w:rFonts w:ascii="Arial" w:hAnsi="Arial" w:cs="Arial"/>
                <w:lang w:val="en-GB"/>
              </w:rPr>
              <w:t>:</w:t>
            </w:r>
          </w:p>
          <w:p w14:paraId="327B67A2" w14:textId="77777777" w:rsidR="00B95573" w:rsidRDefault="00B95573" w:rsidP="00284C27">
            <w:pPr>
              <w:jc w:val="center"/>
              <w:rPr>
                <w:rFonts w:ascii="Arial" w:hAnsi="Arial" w:cs="Arial"/>
                <w:lang w:val="en-GB"/>
              </w:rPr>
            </w:pPr>
          </w:p>
          <w:p w14:paraId="21B08465" w14:textId="77777777" w:rsidR="00B95573" w:rsidRDefault="00B95573" w:rsidP="005B4DE6">
            <w:pPr>
              <w:rPr>
                <w:rFonts w:ascii="Arial" w:hAnsi="Arial" w:cs="Arial"/>
                <w:lang w:val="en-GB"/>
              </w:rPr>
            </w:pPr>
          </w:p>
          <w:p w14:paraId="524691DF" w14:textId="77777777" w:rsidR="00DC2DDE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53BF24E8" w14:textId="77777777" w:rsidR="00DC2DDE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47484322" w14:textId="77777777" w:rsidR="00DC2DDE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67A79AC2" w14:textId="77777777" w:rsidR="00DC2DDE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46AEDF42" w14:textId="77777777" w:rsidR="00DC2DDE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3C3B1657" w14:textId="77777777" w:rsidR="00DC2DDE" w:rsidRPr="00C60F00" w:rsidRDefault="00DC2DDE" w:rsidP="005B4DE6">
            <w:pPr>
              <w:rPr>
                <w:rFonts w:ascii="Arial" w:hAnsi="Arial" w:cs="Arial"/>
                <w:lang w:val="en-GB"/>
              </w:rPr>
            </w:pPr>
          </w:p>
          <w:p w14:paraId="0BD3DDF4" w14:textId="77777777" w:rsidR="00B95573" w:rsidRDefault="00B95573" w:rsidP="00284C27"/>
        </w:tc>
      </w:tr>
    </w:tbl>
    <w:p w14:paraId="53213390" w14:textId="77777777" w:rsidR="001C2E43" w:rsidRDefault="001C2E43" w:rsidP="005C71D1"/>
    <w:p w14:paraId="3B452A59" w14:textId="77777777" w:rsidR="001C2E43" w:rsidRDefault="001C2E43" w:rsidP="005C71D1"/>
    <w:sectPr w:rsidR="001C2E4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F5835"/>
    <w:multiLevelType w:val="multilevel"/>
    <w:tmpl w:val="897C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B5129"/>
    <w:multiLevelType w:val="multilevel"/>
    <w:tmpl w:val="96C6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65486B"/>
    <w:multiLevelType w:val="multilevel"/>
    <w:tmpl w:val="FF74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E37CB9"/>
    <w:multiLevelType w:val="multilevel"/>
    <w:tmpl w:val="2682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927EDA"/>
    <w:multiLevelType w:val="multilevel"/>
    <w:tmpl w:val="6694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3"/>
  </w:num>
  <w:num w:numId="8" w16cid:durableId="1455443213">
    <w:abstractNumId w:val="11"/>
  </w:num>
  <w:num w:numId="9" w16cid:durableId="1575511708">
    <w:abstractNumId w:val="16"/>
  </w:num>
  <w:num w:numId="10" w16cid:durableId="1581400706">
    <w:abstractNumId w:val="14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5"/>
  </w:num>
  <w:num w:numId="14" w16cid:durableId="1884824559">
    <w:abstractNumId w:val="17"/>
  </w:num>
  <w:num w:numId="15" w16cid:durableId="2139566622">
    <w:abstractNumId w:val="7"/>
  </w:num>
  <w:num w:numId="16" w16cid:durableId="821892868">
    <w:abstractNumId w:val="6"/>
  </w:num>
  <w:num w:numId="17" w16cid:durableId="212936309">
    <w:abstractNumId w:val="20"/>
  </w:num>
  <w:num w:numId="18" w16cid:durableId="646514263">
    <w:abstractNumId w:val="10"/>
  </w:num>
  <w:num w:numId="19" w16cid:durableId="1141851855">
    <w:abstractNumId w:val="12"/>
  </w:num>
  <w:num w:numId="20" w16cid:durableId="301422111">
    <w:abstractNumId w:val="19"/>
  </w:num>
  <w:num w:numId="21" w16cid:durableId="11143968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E00"/>
    <w:rsid w:val="0006063C"/>
    <w:rsid w:val="00080023"/>
    <w:rsid w:val="0015074B"/>
    <w:rsid w:val="00151D8B"/>
    <w:rsid w:val="0016035D"/>
    <w:rsid w:val="00182530"/>
    <w:rsid w:val="001A6763"/>
    <w:rsid w:val="001C2E43"/>
    <w:rsid w:val="001C6ED9"/>
    <w:rsid w:val="0022768F"/>
    <w:rsid w:val="0029639D"/>
    <w:rsid w:val="002D6FC7"/>
    <w:rsid w:val="003075C8"/>
    <w:rsid w:val="00326F90"/>
    <w:rsid w:val="0032760F"/>
    <w:rsid w:val="00341835"/>
    <w:rsid w:val="00342979"/>
    <w:rsid w:val="0037010E"/>
    <w:rsid w:val="00392BE9"/>
    <w:rsid w:val="0040343A"/>
    <w:rsid w:val="004054D8"/>
    <w:rsid w:val="0047744A"/>
    <w:rsid w:val="004D75E7"/>
    <w:rsid w:val="00545527"/>
    <w:rsid w:val="00554139"/>
    <w:rsid w:val="005734FE"/>
    <w:rsid w:val="005B4DE6"/>
    <w:rsid w:val="005C71D1"/>
    <w:rsid w:val="005F4266"/>
    <w:rsid w:val="00602A6E"/>
    <w:rsid w:val="00702272"/>
    <w:rsid w:val="007428FC"/>
    <w:rsid w:val="00787E8F"/>
    <w:rsid w:val="00797E19"/>
    <w:rsid w:val="007A6ED7"/>
    <w:rsid w:val="00811889"/>
    <w:rsid w:val="008F048D"/>
    <w:rsid w:val="008F3E41"/>
    <w:rsid w:val="009277AD"/>
    <w:rsid w:val="009453E6"/>
    <w:rsid w:val="009A0763"/>
    <w:rsid w:val="009B45F8"/>
    <w:rsid w:val="00A246C0"/>
    <w:rsid w:val="00A45531"/>
    <w:rsid w:val="00AA1D8D"/>
    <w:rsid w:val="00AE03B0"/>
    <w:rsid w:val="00B11B85"/>
    <w:rsid w:val="00B47730"/>
    <w:rsid w:val="00B72D92"/>
    <w:rsid w:val="00B95573"/>
    <w:rsid w:val="00C60F00"/>
    <w:rsid w:val="00C64DAD"/>
    <w:rsid w:val="00CB0664"/>
    <w:rsid w:val="00CD0180"/>
    <w:rsid w:val="00D44F4F"/>
    <w:rsid w:val="00DB2523"/>
    <w:rsid w:val="00DC2DDE"/>
    <w:rsid w:val="00DC36AD"/>
    <w:rsid w:val="00E339C4"/>
    <w:rsid w:val="00E6268F"/>
    <w:rsid w:val="00EB06DD"/>
    <w:rsid w:val="00EC368A"/>
    <w:rsid w:val="00F01DDE"/>
    <w:rsid w:val="00F0284B"/>
    <w:rsid w:val="00F35FBD"/>
    <w:rsid w:val="00F50971"/>
    <w:rsid w:val="00F76716"/>
    <w:rsid w:val="00FB71F0"/>
    <w:rsid w:val="00FC693F"/>
    <w:rsid w:val="00FD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F0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04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A63461284</value>
    </field>
    <field name="Objective-Title">
      <value order="0">5. Aspirations_Template_English</value>
    </field>
    <field name="Objective-Description">
      <value order="0"/>
    </field>
    <field name="Objective-CreationStamp">
      <value order="0">2026-06-22T14:11:30Z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2026-10-05T11:09:03Z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vA116025123</value>
    </field>
    <field name="Objective-Version">
      <value order="0">10.1</value>
    </field>
    <field name="Objective-VersionNumber">
      <value order="0">12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2026-10-20T11:04:00Z</dcterms:created>
  <dcterms:modified xsi:type="dcterms:W3CDTF">2026-10-20T11:04:00Z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A63461284</vt:lpwstr>
  </property>
  <property fmtid="{D5CDD505-2E9C-101B-9397-08002B2CF9AE}" pid="5" name="Objective-Title">
    <vt:lpwstr>5. Aspirations_Template_English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2026-06-22T14:11:30Z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2026-10-05T11:09:03Z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vA116025123</vt:lpwstr>
  </property>
  <property fmtid="{D5CDD505-2E9C-101B-9397-08002B2CF9AE}" pid="17" name="Objective-Version">
    <vt:lpwstr>10.1</vt:lpwstr>
  </property>
  <property fmtid="{D5CDD505-2E9C-101B-9397-08002B2CF9AE}" pid="18" name="Objective-VersionNumber">
    <vt:r8>12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