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2F43D" w14:textId="02A1D661" w:rsidR="0032760F" w:rsidRDefault="00662EB0" w:rsidP="00662EB0">
      <w:pPr>
        <w:pStyle w:val="Title"/>
        <w:rPr>
          <w:rFonts w:ascii="Arial" w:hAnsi="Arial" w:cs="Arial"/>
        </w:rPr>
      </w:pPr>
      <w:r w:rsidRPr="00662EB0">
        <w:rPr>
          <w:rFonts w:ascii="Arial" w:hAnsi="Arial" w:cs="Arial"/>
        </w:rPr>
        <w:t>Good day, bad day</w:t>
      </w:r>
    </w:p>
    <w:tbl>
      <w:tblPr>
        <w:tblStyle w:val="TableGrid"/>
        <w:tblpPr w:leftFromText="180" w:rightFromText="180" w:vertAnchor="page" w:horzAnchor="margin" w:tblpY="3494"/>
        <w:tblW w:w="0" w:type="auto"/>
        <w:tblLayout w:type="fixed"/>
        <w:tblLook w:val="04A0" w:firstRow="1" w:lastRow="0" w:firstColumn="1" w:lastColumn="0" w:noHBand="0" w:noVBand="1"/>
      </w:tblPr>
      <w:tblGrid>
        <w:gridCol w:w="4315"/>
        <w:gridCol w:w="4315"/>
      </w:tblGrid>
      <w:tr w:rsidR="003624C8" w14:paraId="37ADDA93" w14:textId="77777777" w:rsidTr="00351608">
        <w:trPr>
          <w:trHeight w:val="8132"/>
        </w:trPr>
        <w:tc>
          <w:tcPr>
            <w:tcW w:w="4315" w:type="dxa"/>
          </w:tcPr>
          <w:p w14:paraId="38DD4789" w14:textId="77777777" w:rsidR="003624C8" w:rsidRPr="00D160E2" w:rsidRDefault="003624C8" w:rsidP="00351608">
            <w:pPr>
              <w:jc w:val="center"/>
              <w:rPr>
                <w:rFonts w:ascii="Arial" w:hAnsi="Arial" w:cs="Arial"/>
              </w:rPr>
            </w:pPr>
            <w:r w:rsidRPr="00D160E2">
              <w:rPr>
                <w:rFonts w:ascii="Arial" w:hAnsi="Arial" w:cs="Arial"/>
                <w:noProof/>
              </w:rPr>
              <w:drawing>
                <wp:inline distT="0" distB="0" distL="0" distR="0" wp14:anchorId="23A70F7F" wp14:editId="5B0A49A9">
                  <wp:extent cx="1047750" cy="914400"/>
                  <wp:effectExtent l="0" t="0" r="0" b="0"/>
                  <wp:docPr id="35747878" name="Graphic 3" descr="Sun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747878" name="Graphic 35747878" descr="Sun with solid fill"/>
                          <pic:cNvPicPr/>
                        </pic:nvPicPr>
                        <pic:blipFill>
                          <a:blip r:embed="rId6">
                            <a:extLs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C0E24D2" w14:textId="369C8C40" w:rsidR="003624C8" w:rsidRPr="00D160E2" w:rsidRDefault="00A76F37" w:rsidP="00351608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  <w:t>G</w:t>
            </w:r>
            <w:r w:rsidR="003624C8" w:rsidRPr="00D160E2">
              <w:rPr>
                <w:rFonts w:ascii="Arial" w:hAnsi="Arial" w:cs="Arial"/>
                <w:sz w:val="40"/>
                <w:szCs w:val="40"/>
              </w:rPr>
              <w:t>ood day</w:t>
            </w:r>
          </w:p>
          <w:p w14:paraId="5BF83B0C" w14:textId="6FEA4721" w:rsidR="00824D65" w:rsidRPr="00D160E2" w:rsidRDefault="00824D65" w:rsidP="00351608">
            <w:pPr>
              <w:jc w:val="both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4315" w:type="dxa"/>
          </w:tcPr>
          <w:p w14:paraId="5CFE1040" w14:textId="77777777" w:rsidR="003624C8" w:rsidRPr="00D160E2" w:rsidRDefault="003624C8" w:rsidP="00351608">
            <w:pPr>
              <w:jc w:val="center"/>
              <w:rPr>
                <w:rFonts w:ascii="Arial" w:hAnsi="Arial" w:cs="Arial"/>
              </w:rPr>
            </w:pPr>
            <w:r w:rsidRPr="00D160E2">
              <w:rPr>
                <w:rFonts w:ascii="Arial" w:hAnsi="Arial" w:cs="Arial"/>
                <w:noProof/>
              </w:rPr>
              <w:drawing>
                <wp:inline distT="0" distB="0" distL="0" distR="0" wp14:anchorId="34B8C005" wp14:editId="2EAB61AD">
                  <wp:extent cx="914400" cy="914400"/>
                  <wp:effectExtent l="0" t="0" r="0" b="0"/>
                  <wp:docPr id="1191122820" name="Graphic 4" descr="Rain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1122820" name="Graphic 1191122820" descr="Rain with solid fill"/>
                          <pic:cNvPicPr/>
                        </pic:nvPicPr>
                        <pic:blipFill>
                          <a:blip r:embed="rId8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0472E7A" w14:textId="77777777" w:rsidR="003624C8" w:rsidRDefault="00A76F37" w:rsidP="00351608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  <w:t>B</w:t>
            </w:r>
            <w:r w:rsidR="003624C8" w:rsidRPr="00D160E2">
              <w:rPr>
                <w:rFonts w:ascii="Arial" w:hAnsi="Arial" w:cs="Arial"/>
                <w:sz w:val="40"/>
                <w:szCs w:val="40"/>
              </w:rPr>
              <w:t>ad day</w:t>
            </w:r>
          </w:p>
          <w:p w14:paraId="179E8700" w14:textId="5275C08A" w:rsidR="00824D65" w:rsidRPr="00824D65" w:rsidRDefault="00824D65" w:rsidP="0035160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96E1E8D" w14:textId="77777777" w:rsidR="00DA67AD" w:rsidRDefault="00DA67AD" w:rsidP="00DA67AD">
      <w:pPr>
        <w:rPr>
          <w:rFonts w:ascii="Arial" w:hAnsi="Arial" w:cs="Arial"/>
          <w:sz w:val="24"/>
          <w:szCs w:val="24"/>
          <w:lang w:val="en-GB"/>
        </w:rPr>
      </w:pPr>
      <w:r w:rsidRPr="003624C8">
        <w:rPr>
          <w:rFonts w:ascii="Arial" w:hAnsi="Arial" w:cs="Arial"/>
          <w:sz w:val="24"/>
          <w:szCs w:val="24"/>
          <w:lang w:val="en-GB"/>
        </w:rPr>
        <w:t xml:space="preserve">What happens on a good day? What happens on a bad day? </w:t>
      </w:r>
      <w:r w:rsidRPr="00E34615">
        <w:rPr>
          <w:rFonts w:ascii="Arial" w:hAnsi="Arial" w:cs="Arial"/>
          <w:sz w:val="24"/>
          <w:szCs w:val="24"/>
          <w:lang w:val="en-GB"/>
        </w:rPr>
        <w:t>What will help make a bad day better</w:t>
      </w:r>
      <w:r w:rsidRPr="003624C8">
        <w:rPr>
          <w:rFonts w:ascii="Arial" w:hAnsi="Arial" w:cs="Arial"/>
          <w:sz w:val="24"/>
          <w:szCs w:val="24"/>
          <w:lang w:val="en-GB"/>
        </w:rPr>
        <w:t xml:space="preserve">? </w:t>
      </w:r>
    </w:p>
    <w:p w14:paraId="3FE81B66" w14:textId="77777777" w:rsidR="00351608" w:rsidRPr="003624C8" w:rsidRDefault="00351608" w:rsidP="00662EB0">
      <w:pPr>
        <w:rPr>
          <w:rFonts w:ascii="Arial" w:hAnsi="Arial" w:cs="Arial"/>
          <w:sz w:val="24"/>
          <w:szCs w:val="24"/>
          <w:lang w:val="en-GB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630"/>
      </w:tblGrid>
      <w:tr w:rsidR="00E9714B" w14:paraId="38847A66" w14:textId="77777777" w:rsidTr="00824D65">
        <w:tc>
          <w:tcPr>
            <w:tcW w:w="8630" w:type="dxa"/>
          </w:tcPr>
          <w:p w14:paraId="0D303C52" w14:textId="0EC630EA" w:rsidR="00E9714B" w:rsidRPr="0062182D" w:rsidRDefault="00E34615" w:rsidP="00662EB0">
            <w:pPr>
              <w:rPr>
                <w:rFonts w:ascii="Arial" w:hAnsi="Arial" w:cs="Arial"/>
              </w:rPr>
            </w:pPr>
            <w:r w:rsidRPr="00E34615">
              <w:rPr>
                <w:rFonts w:ascii="Arial" w:hAnsi="Arial" w:cs="Arial"/>
                <w:lang w:val="en-GB"/>
              </w:rPr>
              <w:t>What will help make a bad day better</w:t>
            </w:r>
            <w:r>
              <w:rPr>
                <w:rFonts w:ascii="Arial" w:hAnsi="Arial" w:cs="Arial"/>
                <w:lang w:val="en-GB"/>
              </w:rPr>
              <w:t>?</w:t>
            </w:r>
          </w:p>
          <w:p w14:paraId="487B4F65" w14:textId="77777777" w:rsidR="00E9714B" w:rsidRDefault="00E9714B" w:rsidP="00662EB0"/>
          <w:p w14:paraId="645E0FBC" w14:textId="77777777" w:rsidR="00A76F37" w:rsidRDefault="00A76F37" w:rsidP="00662EB0"/>
          <w:p w14:paraId="02620784" w14:textId="77777777" w:rsidR="00A76F37" w:rsidRDefault="00A76F37" w:rsidP="00662EB0"/>
          <w:p w14:paraId="404E5020" w14:textId="77777777" w:rsidR="00A76F37" w:rsidRDefault="00A76F37" w:rsidP="00662EB0"/>
          <w:p w14:paraId="6CA846E4" w14:textId="77777777" w:rsidR="00E9714B" w:rsidRDefault="00E9714B" w:rsidP="00662EB0"/>
          <w:p w14:paraId="3468EE23" w14:textId="77777777" w:rsidR="00351608" w:rsidRDefault="00351608" w:rsidP="00662EB0"/>
        </w:tc>
      </w:tr>
    </w:tbl>
    <w:p w14:paraId="1E27DA23" w14:textId="77777777" w:rsidR="00E9714B" w:rsidRPr="00662EB0" w:rsidRDefault="00E9714B" w:rsidP="00662EB0"/>
    <w:sectPr w:rsidR="00E9714B" w:rsidRPr="00662EB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F96C33"/>
    <w:multiLevelType w:val="hybridMultilevel"/>
    <w:tmpl w:val="793444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1F0416"/>
    <w:multiLevelType w:val="multilevel"/>
    <w:tmpl w:val="E138C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18F3281"/>
    <w:multiLevelType w:val="multilevel"/>
    <w:tmpl w:val="874AB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C253E9"/>
    <w:multiLevelType w:val="hybridMultilevel"/>
    <w:tmpl w:val="8CD8A4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AC512D"/>
    <w:multiLevelType w:val="hybridMultilevel"/>
    <w:tmpl w:val="C1FA21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11156E"/>
    <w:multiLevelType w:val="hybridMultilevel"/>
    <w:tmpl w:val="9F6A43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433D35"/>
    <w:multiLevelType w:val="hybridMultilevel"/>
    <w:tmpl w:val="95963A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14167A"/>
    <w:multiLevelType w:val="hybridMultilevel"/>
    <w:tmpl w:val="17D0DD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F01AFF"/>
    <w:multiLevelType w:val="hybridMultilevel"/>
    <w:tmpl w:val="A45027EC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4CE24600"/>
    <w:multiLevelType w:val="hybridMultilevel"/>
    <w:tmpl w:val="3D2C52F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91272264">
    <w:abstractNumId w:val="3"/>
  </w:num>
  <w:num w:numId="2" w16cid:durableId="115802474">
    <w:abstractNumId w:val="8"/>
  </w:num>
  <w:num w:numId="3" w16cid:durableId="116679085">
    <w:abstractNumId w:val="9"/>
  </w:num>
  <w:num w:numId="4" w16cid:durableId="1272010184">
    <w:abstractNumId w:val="0"/>
  </w:num>
  <w:num w:numId="5" w16cid:durableId="1302534560">
    <w:abstractNumId w:val="1"/>
  </w:num>
  <w:num w:numId="6" w16cid:durableId="1413695350">
    <w:abstractNumId w:val="5"/>
  </w:num>
  <w:num w:numId="7" w16cid:durableId="1453089109">
    <w:abstractNumId w:val="14"/>
  </w:num>
  <w:num w:numId="8" w16cid:durableId="1455443213">
    <w:abstractNumId w:val="12"/>
  </w:num>
  <w:num w:numId="9" w16cid:durableId="1575511708">
    <w:abstractNumId w:val="17"/>
  </w:num>
  <w:num w:numId="10" w16cid:durableId="1581400706">
    <w:abstractNumId w:val="15"/>
  </w:num>
  <w:num w:numId="11" w16cid:durableId="1633099210">
    <w:abstractNumId w:val="2"/>
  </w:num>
  <w:num w:numId="12" w16cid:durableId="1668287891">
    <w:abstractNumId w:val="4"/>
  </w:num>
  <w:num w:numId="13" w16cid:durableId="1787697201">
    <w:abstractNumId w:val="16"/>
  </w:num>
  <w:num w:numId="14" w16cid:durableId="1884824559">
    <w:abstractNumId w:val="18"/>
  </w:num>
  <w:num w:numId="15" w16cid:durableId="2139566622">
    <w:abstractNumId w:val="7"/>
  </w:num>
  <w:num w:numId="16" w16cid:durableId="821892868">
    <w:abstractNumId w:val="6"/>
  </w:num>
  <w:num w:numId="17" w16cid:durableId="571504035">
    <w:abstractNumId w:val="11"/>
  </w:num>
  <w:num w:numId="18" w16cid:durableId="382558173">
    <w:abstractNumId w:val="10"/>
  </w:num>
  <w:num w:numId="19" w16cid:durableId="3396630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430E"/>
    <w:rsid w:val="000803B4"/>
    <w:rsid w:val="000A2CF0"/>
    <w:rsid w:val="00114BEE"/>
    <w:rsid w:val="0015074B"/>
    <w:rsid w:val="001F4B3D"/>
    <w:rsid w:val="0022768F"/>
    <w:rsid w:val="00243A58"/>
    <w:rsid w:val="00290E48"/>
    <w:rsid w:val="0029639D"/>
    <w:rsid w:val="002D6FC7"/>
    <w:rsid w:val="003075C8"/>
    <w:rsid w:val="00326F90"/>
    <w:rsid w:val="0032760F"/>
    <w:rsid w:val="00351608"/>
    <w:rsid w:val="003624C8"/>
    <w:rsid w:val="004054D8"/>
    <w:rsid w:val="004D75E7"/>
    <w:rsid w:val="00545527"/>
    <w:rsid w:val="00554139"/>
    <w:rsid w:val="005732CB"/>
    <w:rsid w:val="005734FE"/>
    <w:rsid w:val="005F4266"/>
    <w:rsid w:val="00605605"/>
    <w:rsid w:val="0062182D"/>
    <w:rsid w:val="00662EB0"/>
    <w:rsid w:val="006D5DC5"/>
    <w:rsid w:val="00702272"/>
    <w:rsid w:val="00787E8F"/>
    <w:rsid w:val="007A6ED7"/>
    <w:rsid w:val="00811889"/>
    <w:rsid w:val="00815287"/>
    <w:rsid w:val="00824D65"/>
    <w:rsid w:val="009277AD"/>
    <w:rsid w:val="00927ED7"/>
    <w:rsid w:val="00950BB2"/>
    <w:rsid w:val="00A246C0"/>
    <w:rsid w:val="00A45531"/>
    <w:rsid w:val="00A76F37"/>
    <w:rsid w:val="00AA1D8D"/>
    <w:rsid w:val="00AB5DA4"/>
    <w:rsid w:val="00B47730"/>
    <w:rsid w:val="00B72D92"/>
    <w:rsid w:val="00B80621"/>
    <w:rsid w:val="00C27AD2"/>
    <w:rsid w:val="00C5023E"/>
    <w:rsid w:val="00C64DAD"/>
    <w:rsid w:val="00C85C61"/>
    <w:rsid w:val="00CB0664"/>
    <w:rsid w:val="00CD0180"/>
    <w:rsid w:val="00D160E2"/>
    <w:rsid w:val="00D23FD4"/>
    <w:rsid w:val="00D32784"/>
    <w:rsid w:val="00D370CA"/>
    <w:rsid w:val="00D44F4F"/>
    <w:rsid w:val="00DA67AD"/>
    <w:rsid w:val="00DC221E"/>
    <w:rsid w:val="00E24B8F"/>
    <w:rsid w:val="00E339C4"/>
    <w:rsid w:val="00E34615"/>
    <w:rsid w:val="00E9714B"/>
    <w:rsid w:val="00EA51C0"/>
    <w:rsid w:val="00EC368A"/>
    <w:rsid w:val="00F0284B"/>
    <w:rsid w:val="00F35FBD"/>
    <w:rsid w:val="00F50971"/>
    <w:rsid w:val="00F739D0"/>
    <w:rsid w:val="00FC693F"/>
    <w:rsid w:val="00FF5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F87B12E"/>
  <w14:defaultImageDpi w14:val="300"/>
  <w15:docId w15:val="{9562C183-88CA-443B-8B08-42355290E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16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6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1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1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11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C85C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85C6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85C6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85C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85C6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sv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data xmlns="http://www.objective.com/ecm/document/metadata/FF3C5B18883D4E21973B57C2EEED7FD1" version="1.0.0">
  <systemFields>
    <field name="Objective-Id">
      <value order="0">A63461299</value>
    </field>
    <field name="Objective-Title">
      <value order="0">6. Good day, bad day_Template_English</value>
    </field>
    <field name="Objective-Description">
      <value order="0"/>
    </field>
    <field name="Objective-CreationStamp">
      <value order="0">2026-06-22T14:12:03Z</value>
    </field>
    <field name="Objective-IsApproved">
      <value order="0">false</value>
    </field>
    <field name="Objective-IsPublished">
      <value order="0">false</value>
    </field>
    <field name="Objective-DatePublished">
      <value order="0"/>
    </field>
    <field name="Objective-ModificationStamp">
      <value order="0">2026-10-05T11:14:53Z</value>
    </field>
    <field name="Objective-Owner">
      <value order="0">Phillips-Morgan, Rachel (LCC - Support for Learners Division)</value>
    </field>
    <field name="Objective-Path">
      <value order="0">Objective Global Folder:#Business File Plan:WG Organisational Groups:Learning, Communities and Culture Group (LCCG):Education:Learning, Communities and Culture Group (LCCG) - Education - Support for Learners:1 - Save:Additional Learning Needs Branch:ALN Resources:ALN - Resources - Transitional File - 2026:RESOURCES: 2026 - Person Centred Practice Tools</value>
    </field>
    <field name="Objective-Parent">
      <value order="0">RESOURCES: 2026 - Person Centred Practice Tools</value>
    </field>
    <field name="Objective-State">
      <value order="0">Being Drafted</value>
    </field>
    <field name="Objective-VersionId">
      <value order="0">vA116025378</value>
    </field>
    <field name="Objective-Version">
      <value order="0">11.1</value>
    </field>
    <field name="Objective-VersionNumber">
      <value order="0">13</value>
    </field>
    <field name="Objective-VersionComment">
      <value order="0"/>
    </field>
    <field name="Objective-FileNumber">
      <value order="0">qA2452009</value>
    </field>
    <field name="Objective-Classification">
      <value order="0">Official - Sensitive</value>
    </field>
    <field name="Objective-Caveats">
      <value order="0"/>
    </field>
  </systemFields>
  <catalogues>
    <catalogue name="Document Type Catalogue" type="type" ori="id:cA14">
      <field name="Objective-Date Acquired">
        <value order="0"/>
      </field>
      <field name="Objective-Official Translation">
        <value order="0"/>
      </field>
      <field name="Objective-Connect Creator">
        <value order="0"/>
      </field>
    </catalogue>
  </catalogues>
</metadata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FF3C5B18883D4E21973B57C2EEED7F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156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Williams, Aimee (LCC - Schools Digital Services Division)</cp:lastModifiedBy>
  <cp:revision>2</cp:revision>
  <dcterms:created xsi:type="dcterms:W3CDTF">2026-10-20T11:04:00Z</dcterms:created>
  <dcterms:modified xsi:type="dcterms:W3CDTF">2026-10-20T11:04:00Z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bjective-Comment">
    <vt:lpwstr/>
  </property>
  <property fmtid="{D5CDD505-2E9C-101B-9397-08002B2CF9AE}" pid="3" name="Customer-Id">
    <vt:lpwstr>FF3C5B18883D4E21973B57C2EEED7FD1</vt:lpwstr>
  </property>
  <property fmtid="{D5CDD505-2E9C-101B-9397-08002B2CF9AE}" pid="4" name="Objective-Id">
    <vt:lpwstr>A63461299</vt:lpwstr>
  </property>
  <property fmtid="{D5CDD505-2E9C-101B-9397-08002B2CF9AE}" pid="5" name="Objective-Title">
    <vt:lpwstr>6. Good day, bad day_Template_English</vt:lpwstr>
  </property>
  <property fmtid="{D5CDD505-2E9C-101B-9397-08002B2CF9AE}" pid="6" name="Objective-Description">
    <vt:lpwstr/>
  </property>
  <property fmtid="{D5CDD505-2E9C-101B-9397-08002B2CF9AE}" pid="7" name="Objective-CreationStamp">
    <vt:filetime>2026-06-22T14:12:03Z</vt:filetime>
  </property>
  <property fmtid="{D5CDD505-2E9C-101B-9397-08002B2CF9AE}" pid="8" name="Objective-IsApproved">
    <vt:bool>false</vt:bool>
  </property>
  <property fmtid="{D5CDD505-2E9C-101B-9397-08002B2CF9AE}" pid="9" name="Objective-IsPublished">
    <vt:bool>false</vt:bool>
  </property>
  <property fmtid="{D5CDD505-2E9C-101B-9397-08002B2CF9AE}" pid="10" name="Objective-DatePublished">
    <vt:lpwstr/>
  </property>
  <property fmtid="{D5CDD505-2E9C-101B-9397-08002B2CF9AE}" pid="11" name="Objective-ModificationStamp">
    <vt:filetime>2026-10-05T11:14:53Z</vt:filetime>
  </property>
  <property fmtid="{D5CDD505-2E9C-101B-9397-08002B2CF9AE}" pid="12" name="Objective-Owner">
    <vt:lpwstr>Phillips-Morgan, Rachel (LCC - Support for Learners Division)</vt:lpwstr>
  </property>
  <property fmtid="{D5CDD505-2E9C-101B-9397-08002B2CF9AE}" pid="13" name="Objective-Path">
    <vt:lpwstr>Objective Global Folder:#Business File Plan:WG Organisational Groups:Learning, Communities and Culture Group (LCCG):Education:Learning, Communities and Culture Group (LCCG) - Education - Support for Learners:1 - Save:Additional Learning Needs Branch:ALN Resources:ALN - Resources - Transitional File - 2026:RESOURCES: 2026 - Person Centred Practice Tools:</vt:lpwstr>
  </property>
  <property fmtid="{D5CDD505-2E9C-101B-9397-08002B2CF9AE}" pid="14" name="Objective-Parent">
    <vt:lpwstr>RESOURCES: 2026 - Person Centred Practice Tools</vt:lpwstr>
  </property>
  <property fmtid="{D5CDD505-2E9C-101B-9397-08002B2CF9AE}" pid="15" name="Objective-State">
    <vt:lpwstr>Being Drafted</vt:lpwstr>
  </property>
  <property fmtid="{D5CDD505-2E9C-101B-9397-08002B2CF9AE}" pid="16" name="Objective-VersionId">
    <vt:lpwstr>vA116025378</vt:lpwstr>
  </property>
  <property fmtid="{D5CDD505-2E9C-101B-9397-08002B2CF9AE}" pid="17" name="Objective-Version">
    <vt:lpwstr>11.1</vt:lpwstr>
  </property>
  <property fmtid="{D5CDD505-2E9C-101B-9397-08002B2CF9AE}" pid="18" name="Objective-VersionNumber">
    <vt:r8>13</vt:r8>
  </property>
  <property fmtid="{D5CDD505-2E9C-101B-9397-08002B2CF9AE}" pid="19" name="Objective-VersionComment">
    <vt:lpwstr/>
  </property>
  <property fmtid="{D5CDD505-2E9C-101B-9397-08002B2CF9AE}" pid="20" name="Objective-FileNumber">
    <vt:lpwstr/>
  </property>
  <property fmtid="{D5CDD505-2E9C-101B-9397-08002B2CF9AE}" pid="21" name="Objective-Classification">
    <vt:lpwstr>[Inherited - Official - Sensitive]</vt:lpwstr>
  </property>
  <property fmtid="{D5CDD505-2E9C-101B-9397-08002B2CF9AE}" pid="22" name="Objective-Caveats">
    <vt:lpwstr/>
  </property>
  <property fmtid="{D5CDD505-2E9C-101B-9397-08002B2CF9AE}" pid="23" name="Objective-Date Acquired">
    <vt:lpwstr/>
  </property>
  <property fmtid="{D5CDD505-2E9C-101B-9397-08002B2CF9AE}" pid="24" name="Objective-Official Translation">
    <vt:lpwstr/>
  </property>
  <property fmtid="{D5CDD505-2E9C-101B-9397-08002B2CF9AE}" pid="25" name="Objective-Connect Creator">
    <vt:lpwstr/>
  </property>
</Properties>
</file>