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7104D0FC" w:rsidR="00702272" w:rsidRPr="0032760F" w:rsidRDefault="00093E06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4 plus 1 tool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093E06" w14:paraId="7C28B83B" w14:textId="77777777" w:rsidTr="004B1189">
        <w:tc>
          <w:tcPr>
            <w:tcW w:w="4315" w:type="dxa"/>
          </w:tcPr>
          <w:p w14:paraId="7D6BF28F" w14:textId="77777777" w:rsidR="00451737" w:rsidRPr="00127952" w:rsidRDefault="00451737" w:rsidP="00451737">
            <w:pPr>
              <w:rPr>
                <w:rFonts w:ascii="Arial" w:hAnsi="Arial" w:cs="Arial"/>
                <w:b/>
                <w:lang w:val="en-GB"/>
              </w:rPr>
            </w:pPr>
            <w:r w:rsidRPr="00127952">
              <w:rPr>
                <w:rFonts w:ascii="Arial" w:hAnsi="Arial" w:cs="Arial"/>
                <w:b/>
                <w:lang w:val="en-GB"/>
              </w:rPr>
              <w:t>What have we tried?</w:t>
            </w:r>
          </w:p>
          <w:p w14:paraId="41F100B9" w14:textId="77777777" w:rsidR="00093E06" w:rsidRDefault="00093E06">
            <w:pPr>
              <w:rPr>
                <w:rFonts w:ascii="Arial" w:hAnsi="Arial" w:cs="Arial"/>
              </w:rPr>
            </w:pPr>
          </w:p>
          <w:p w14:paraId="24D7A2A8" w14:textId="77777777" w:rsidR="009346CA" w:rsidRPr="004B1189" w:rsidRDefault="009346CA">
            <w:pPr>
              <w:rPr>
                <w:rFonts w:ascii="Arial" w:hAnsi="Arial" w:cs="Arial"/>
              </w:rPr>
            </w:pPr>
          </w:p>
          <w:p w14:paraId="2FBA9D59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347394B7" w14:textId="054579C1" w:rsidR="00093E06" w:rsidRPr="004B1189" w:rsidRDefault="00093E06">
            <w:pPr>
              <w:rPr>
                <w:rFonts w:ascii="Arial" w:hAnsi="Arial" w:cs="Arial"/>
              </w:rPr>
            </w:pPr>
          </w:p>
          <w:p w14:paraId="6180C4B4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3CB2F3D9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7561B63F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5F32AA2B" w14:textId="2853196F" w:rsidR="00093E06" w:rsidRPr="004B1189" w:rsidRDefault="00093E06">
            <w:pPr>
              <w:rPr>
                <w:rFonts w:ascii="Arial" w:hAnsi="Arial" w:cs="Arial"/>
              </w:rPr>
            </w:pPr>
          </w:p>
          <w:p w14:paraId="77149A13" w14:textId="682377B7" w:rsidR="004B1189" w:rsidRPr="004B1189" w:rsidRDefault="004B1189">
            <w:pPr>
              <w:rPr>
                <w:rFonts w:ascii="Arial" w:hAnsi="Arial" w:cs="Arial"/>
              </w:rPr>
            </w:pPr>
          </w:p>
          <w:p w14:paraId="48301828" w14:textId="42CF45D0" w:rsidR="00093E06" w:rsidRPr="004B1189" w:rsidRDefault="00093E06">
            <w:pPr>
              <w:rPr>
                <w:rFonts w:ascii="Arial" w:hAnsi="Arial" w:cs="Arial"/>
              </w:rPr>
            </w:pPr>
          </w:p>
          <w:p w14:paraId="00A843F2" w14:textId="3AE34D17" w:rsidR="00093E06" w:rsidRPr="004B1189" w:rsidRDefault="00093E0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F687773" w14:textId="5035C723" w:rsidR="00BC40AD" w:rsidRPr="00127952" w:rsidRDefault="00BC40AD" w:rsidP="00BC40AD">
            <w:pPr>
              <w:rPr>
                <w:rFonts w:ascii="Arial" w:hAnsi="Arial" w:cs="Arial"/>
                <w:b/>
                <w:lang w:val="en-GB"/>
              </w:rPr>
            </w:pPr>
            <w:r w:rsidRPr="00127952">
              <w:rPr>
                <w:rFonts w:ascii="Arial" w:hAnsi="Arial" w:cs="Arial"/>
                <w:b/>
                <w:lang w:val="en-GB"/>
              </w:rPr>
              <w:t>What have we learn</w:t>
            </w:r>
            <w:r w:rsidR="00832E01" w:rsidRPr="00127952">
              <w:rPr>
                <w:rFonts w:ascii="Arial" w:hAnsi="Arial" w:cs="Arial"/>
                <w:b/>
                <w:lang w:val="en-GB"/>
              </w:rPr>
              <w:t>ed</w:t>
            </w:r>
            <w:r w:rsidRPr="00127952">
              <w:rPr>
                <w:rFonts w:ascii="Arial" w:hAnsi="Arial" w:cs="Arial"/>
                <w:b/>
                <w:lang w:val="en-GB"/>
              </w:rPr>
              <w:t>?</w:t>
            </w:r>
          </w:p>
          <w:p w14:paraId="25BB8555" w14:textId="77777777" w:rsidR="00D83845" w:rsidRPr="004B1189" w:rsidRDefault="00D83845" w:rsidP="00BC40AD">
            <w:pPr>
              <w:rPr>
                <w:rFonts w:ascii="Arial" w:hAnsi="Arial" w:cs="Arial"/>
                <w:lang w:val="en-GB"/>
              </w:rPr>
            </w:pPr>
          </w:p>
          <w:p w14:paraId="51CB61E8" w14:textId="77777777" w:rsidR="00093E06" w:rsidRDefault="00093E06" w:rsidP="00BC1820">
            <w:pPr>
              <w:rPr>
                <w:rFonts w:ascii="Arial" w:hAnsi="Arial" w:cs="Arial"/>
              </w:rPr>
            </w:pPr>
          </w:p>
          <w:p w14:paraId="4A0FD217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5E3C5F26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2232FFEF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74047F75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2481158B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15FBF3D1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145325A1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61F0843A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1BC4148A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6628A5EE" w14:textId="77777777" w:rsidR="00BC1820" w:rsidRDefault="00BC1820" w:rsidP="00BC1820">
            <w:pPr>
              <w:rPr>
                <w:rFonts w:ascii="Arial" w:hAnsi="Arial" w:cs="Arial"/>
              </w:rPr>
            </w:pPr>
          </w:p>
          <w:p w14:paraId="52435535" w14:textId="77777777" w:rsidR="00BC1820" w:rsidRPr="004B1189" w:rsidRDefault="00BC1820" w:rsidP="00BC1820">
            <w:pPr>
              <w:rPr>
                <w:rFonts w:ascii="Arial" w:hAnsi="Arial" w:cs="Arial"/>
              </w:rPr>
            </w:pPr>
          </w:p>
        </w:tc>
      </w:tr>
      <w:tr w:rsidR="00093E06" w14:paraId="7F96420E" w14:textId="77777777" w:rsidTr="00C05F6B">
        <w:trPr>
          <w:trHeight w:val="3152"/>
        </w:trPr>
        <w:tc>
          <w:tcPr>
            <w:tcW w:w="4315" w:type="dxa"/>
          </w:tcPr>
          <w:p w14:paraId="7912A8DF" w14:textId="77777777" w:rsidR="008C1F52" w:rsidRPr="00127952" w:rsidRDefault="008C1F52" w:rsidP="008C1F52">
            <w:pPr>
              <w:rPr>
                <w:rFonts w:ascii="Arial" w:hAnsi="Arial" w:cs="Arial"/>
                <w:b/>
                <w:lang w:val="en-GB"/>
              </w:rPr>
            </w:pPr>
            <w:r w:rsidRPr="00127952">
              <w:rPr>
                <w:rFonts w:ascii="Arial" w:hAnsi="Arial" w:cs="Arial"/>
                <w:b/>
                <w:lang w:val="en-GB"/>
              </w:rPr>
              <w:t>What are we pleased about?</w:t>
            </w:r>
          </w:p>
          <w:p w14:paraId="11654FC3" w14:textId="77777777" w:rsidR="00093E06" w:rsidRDefault="00093E06">
            <w:pPr>
              <w:rPr>
                <w:rFonts w:ascii="Arial" w:hAnsi="Arial" w:cs="Arial"/>
              </w:rPr>
            </w:pPr>
          </w:p>
          <w:p w14:paraId="061AFE11" w14:textId="77777777" w:rsidR="00DB7310" w:rsidRPr="004B1189" w:rsidRDefault="00DB7310">
            <w:pPr>
              <w:rPr>
                <w:rFonts w:ascii="Arial" w:hAnsi="Arial" w:cs="Arial"/>
              </w:rPr>
            </w:pPr>
          </w:p>
          <w:p w14:paraId="1684A03F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381AC348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3D0187D5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0C55B284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0B1AF069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59465D0D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12C6238D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21827EF9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140BC7AF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2AC6F726" w14:textId="77777777" w:rsidR="00093E06" w:rsidRPr="004B1189" w:rsidRDefault="00093E06">
            <w:pPr>
              <w:rPr>
                <w:rFonts w:ascii="Arial" w:hAnsi="Arial" w:cs="Arial"/>
              </w:rPr>
            </w:pPr>
          </w:p>
          <w:p w14:paraId="41309CE7" w14:textId="77777777" w:rsidR="00093E06" w:rsidRPr="004B1189" w:rsidRDefault="00093E0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596465F0" w14:textId="77777777" w:rsidR="00977007" w:rsidRPr="00127952" w:rsidRDefault="00977007" w:rsidP="00977007">
            <w:pPr>
              <w:rPr>
                <w:rFonts w:ascii="Arial" w:hAnsi="Arial" w:cs="Arial"/>
                <w:b/>
                <w:lang w:val="en-GB"/>
              </w:rPr>
            </w:pPr>
            <w:r w:rsidRPr="00127952">
              <w:rPr>
                <w:rFonts w:ascii="Arial" w:hAnsi="Arial" w:cs="Arial"/>
                <w:b/>
                <w:lang w:val="en-GB"/>
              </w:rPr>
              <w:t>What are we concerned about?</w:t>
            </w:r>
          </w:p>
          <w:p w14:paraId="6E219383" w14:textId="77777777" w:rsidR="00093E06" w:rsidRDefault="00093E06">
            <w:pPr>
              <w:rPr>
                <w:rFonts w:ascii="Arial" w:hAnsi="Arial" w:cs="Arial"/>
              </w:rPr>
            </w:pPr>
          </w:p>
          <w:p w14:paraId="0100324C" w14:textId="371B0F79" w:rsidR="00C05F6B" w:rsidRPr="00DB50BD" w:rsidRDefault="00C05F6B" w:rsidP="00BC1820">
            <w:pPr>
              <w:ind w:left="720"/>
              <w:rPr>
                <w:rFonts w:ascii="Arial" w:hAnsi="Arial" w:cs="Arial"/>
                <w:lang w:val="en-GB"/>
              </w:rPr>
            </w:pPr>
          </w:p>
        </w:tc>
      </w:tr>
    </w:tbl>
    <w:p w14:paraId="45F2F43D" w14:textId="77777777" w:rsidR="0032760F" w:rsidRDefault="003276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C9268D" w14:paraId="7246DDB4" w14:textId="77777777" w:rsidTr="00C9268D">
        <w:tc>
          <w:tcPr>
            <w:tcW w:w="8630" w:type="dxa"/>
          </w:tcPr>
          <w:p w14:paraId="4C1155B6" w14:textId="77777777" w:rsidR="00AF754D" w:rsidRPr="00127952" w:rsidRDefault="00AF754D" w:rsidP="00AF754D">
            <w:pPr>
              <w:rPr>
                <w:rFonts w:ascii="Arial" w:hAnsi="Arial" w:cs="Arial"/>
                <w:b/>
                <w:lang w:val="en-GB"/>
              </w:rPr>
            </w:pPr>
            <w:r w:rsidRPr="00127952">
              <w:rPr>
                <w:rFonts w:ascii="Arial" w:hAnsi="Arial" w:cs="Arial"/>
                <w:b/>
                <w:lang w:val="en-GB"/>
              </w:rPr>
              <w:t>What do we need to do next?</w:t>
            </w:r>
          </w:p>
          <w:p w14:paraId="45FAA38E" w14:textId="77777777" w:rsidR="00AF754D" w:rsidRPr="00AF754D" w:rsidRDefault="00AF754D" w:rsidP="00AF754D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337C6C99" w14:textId="77777777" w:rsidR="00DB50BD" w:rsidRDefault="00DB50BD" w:rsidP="00DB50BD">
            <w:pPr>
              <w:rPr>
                <w:rFonts w:ascii="Arial" w:hAnsi="Arial" w:cs="Arial"/>
                <w:lang w:val="en-GB"/>
              </w:rPr>
            </w:pPr>
          </w:p>
          <w:p w14:paraId="5D32A62E" w14:textId="77777777" w:rsidR="00DB50BD" w:rsidRDefault="00DB50BD" w:rsidP="00DB50BD">
            <w:pPr>
              <w:rPr>
                <w:rFonts w:ascii="Arial" w:hAnsi="Arial" w:cs="Arial"/>
                <w:lang w:val="en-GB"/>
              </w:rPr>
            </w:pPr>
          </w:p>
          <w:p w14:paraId="4BCE63A5" w14:textId="77777777" w:rsidR="00DB50BD" w:rsidRDefault="00DB50BD" w:rsidP="00DB50BD">
            <w:pPr>
              <w:rPr>
                <w:rFonts w:ascii="Arial" w:hAnsi="Arial" w:cs="Arial"/>
                <w:lang w:val="en-GB"/>
              </w:rPr>
            </w:pPr>
          </w:p>
          <w:p w14:paraId="4ABAC3DD" w14:textId="77777777" w:rsidR="00DB50BD" w:rsidRDefault="00DB50BD" w:rsidP="00DB50BD">
            <w:pPr>
              <w:rPr>
                <w:rFonts w:ascii="Arial" w:hAnsi="Arial" w:cs="Arial"/>
                <w:lang w:val="en-GB"/>
              </w:rPr>
            </w:pPr>
          </w:p>
          <w:p w14:paraId="5F867EEE" w14:textId="77777777" w:rsidR="00DB50BD" w:rsidRPr="00DB50BD" w:rsidRDefault="00DB50BD" w:rsidP="00DB50BD">
            <w:pPr>
              <w:rPr>
                <w:rFonts w:ascii="Arial" w:hAnsi="Arial" w:cs="Arial"/>
                <w:lang w:val="en-GB"/>
              </w:rPr>
            </w:pPr>
          </w:p>
          <w:p w14:paraId="6D445A3E" w14:textId="77777777" w:rsidR="00C9268D" w:rsidRDefault="00C9268D"/>
        </w:tc>
      </w:tr>
    </w:tbl>
    <w:p w14:paraId="58061E73" w14:textId="77777777" w:rsidR="00C9268D" w:rsidRDefault="00C9268D"/>
    <w:sectPr w:rsidR="00C926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A4A8A"/>
    <w:multiLevelType w:val="multilevel"/>
    <w:tmpl w:val="C884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BF35DA"/>
    <w:multiLevelType w:val="multilevel"/>
    <w:tmpl w:val="3352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C6F72B1"/>
    <w:multiLevelType w:val="multilevel"/>
    <w:tmpl w:val="5E7C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14A1BB1"/>
    <w:multiLevelType w:val="multilevel"/>
    <w:tmpl w:val="1F20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045F8"/>
    <w:multiLevelType w:val="hybridMultilevel"/>
    <w:tmpl w:val="E004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C7EFA"/>
    <w:multiLevelType w:val="multilevel"/>
    <w:tmpl w:val="35D4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3"/>
  </w:num>
  <w:num w:numId="8" w16cid:durableId="1455443213">
    <w:abstractNumId w:val="12"/>
  </w:num>
  <w:num w:numId="9" w16cid:durableId="1575511708">
    <w:abstractNumId w:val="16"/>
  </w:num>
  <w:num w:numId="10" w16cid:durableId="1581400706">
    <w:abstractNumId w:val="14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5"/>
  </w:num>
  <w:num w:numId="14" w16cid:durableId="1884824559">
    <w:abstractNumId w:val="18"/>
  </w:num>
  <w:num w:numId="15" w16cid:durableId="2139566622">
    <w:abstractNumId w:val="7"/>
  </w:num>
  <w:num w:numId="16" w16cid:durableId="821892868">
    <w:abstractNumId w:val="6"/>
  </w:num>
  <w:num w:numId="17" w16cid:durableId="662466241">
    <w:abstractNumId w:val="11"/>
  </w:num>
  <w:num w:numId="18" w16cid:durableId="1337685062">
    <w:abstractNumId w:val="20"/>
  </w:num>
  <w:num w:numId="19" w16cid:durableId="1794521888">
    <w:abstractNumId w:val="17"/>
  </w:num>
  <w:num w:numId="20" w16cid:durableId="1277635709">
    <w:abstractNumId w:val="21"/>
  </w:num>
  <w:num w:numId="21" w16cid:durableId="502621768">
    <w:abstractNumId w:val="19"/>
  </w:num>
  <w:num w:numId="22" w16cid:durableId="731854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E06"/>
    <w:rsid w:val="000D60BB"/>
    <w:rsid w:val="00127952"/>
    <w:rsid w:val="0015074B"/>
    <w:rsid w:val="001533F3"/>
    <w:rsid w:val="0022768F"/>
    <w:rsid w:val="0029639D"/>
    <w:rsid w:val="002D6FC7"/>
    <w:rsid w:val="003075C8"/>
    <w:rsid w:val="00311495"/>
    <w:rsid w:val="00326F90"/>
    <w:rsid w:val="0032760F"/>
    <w:rsid w:val="00374A39"/>
    <w:rsid w:val="00392644"/>
    <w:rsid w:val="004054D8"/>
    <w:rsid w:val="00451737"/>
    <w:rsid w:val="004B1189"/>
    <w:rsid w:val="004D75E7"/>
    <w:rsid w:val="00545527"/>
    <w:rsid w:val="00554139"/>
    <w:rsid w:val="005734FE"/>
    <w:rsid w:val="005F4266"/>
    <w:rsid w:val="00605605"/>
    <w:rsid w:val="006317B4"/>
    <w:rsid w:val="00702272"/>
    <w:rsid w:val="00787E8F"/>
    <w:rsid w:val="007A6ED7"/>
    <w:rsid w:val="00811889"/>
    <w:rsid w:val="00832E01"/>
    <w:rsid w:val="00891F2D"/>
    <w:rsid w:val="008C1F52"/>
    <w:rsid w:val="00917155"/>
    <w:rsid w:val="009277AD"/>
    <w:rsid w:val="0093054C"/>
    <w:rsid w:val="009346CA"/>
    <w:rsid w:val="00977007"/>
    <w:rsid w:val="00A246C0"/>
    <w:rsid w:val="00A45531"/>
    <w:rsid w:val="00AA1D8D"/>
    <w:rsid w:val="00AF754D"/>
    <w:rsid w:val="00B47730"/>
    <w:rsid w:val="00BC1820"/>
    <w:rsid w:val="00BC40AD"/>
    <w:rsid w:val="00C05F6B"/>
    <w:rsid w:val="00C64DAD"/>
    <w:rsid w:val="00C9268D"/>
    <w:rsid w:val="00CB0664"/>
    <w:rsid w:val="00CD0180"/>
    <w:rsid w:val="00D44F4F"/>
    <w:rsid w:val="00D63DC3"/>
    <w:rsid w:val="00D83845"/>
    <w:rsid w:val="00DB50BD"/>
    <w:rsid w:val="00DB7310"/>
    <w:rsid w:val="00E339C4"/>
    <w:rsid w:val="00EC368A"/>
    <w:rsid w:val="00F0284B"/>
    <w:rsid w:val="00F35FBD"/>
    <w:rsid w:val="00F509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832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A63461313</value>
    </field>
    <field name="Objective-Title">
      <value order="0">7. 4 plus 1 tool_Template_English</value>
    </field>
    <field name="Objective-Description">
      <value order="0"/>
    </field>
    <field name="Objective-CreationStamp">
      <value order="0">2026-06-22T14:12:38Z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2026-10-05T11:18:36Z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vA116025634</value>
    </field>
    <field name="Objective-Version">
      <value order="0">10.1</value>
    </field>
    <field name="Objective-VersionNumber">
      <value order="0">12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2026-10-20T11:05:00Z</dcterms:created>
  <dcterms:modified xsi:type="dcterms:W3CDTF">2026-10-20T11:05:00Z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A63461313</vt:lpwstr>
  </property>
  <property fmtid="{D5CDD505-2E9C-101B-9397-08002B2CF9AE}" pid="5" name="Objective-Title">
    <vt:lpwstr>7. 4 plus 1 tool_Template_English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2026-06-22T14:12:38Z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2026-10-05T11:18:36Z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vA116025634</vt:lpwstr>
  </property>
  <property fmtid="{D5CDD505-2E9C-101B-9397-08002B2CF9AE}" pid="17" name="Objective-Version">
    <vt:lpwstr>10.1</vt:lpwstr>
  </property>
  <property fmtid="{D5CDD505-2E9C-101B-9397-08002B2CF9AE}" pid="18" name="Objective-VersionNumber">
    <vt:r8>12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